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6ABB" w:rsidRDefault="001B063A">
      <w:pPr>
        <w:jc w:val="center"/>
      </w:pPr>
      <w:r>
        <w:rPr>
          <w:noProof/>
          <w:lang w:val="es-ES" w:eastAsia="es-ES"/>
        </w:rPr>
        <w:drawing>
          <wp:inline distT="0" distB="0" distL="0" distR="0">
            <wp:extent cx="5303520" cy="2162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2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03520" cy="216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08CF" w:rsidRDefault="000208CF">
      <w:pPr>
        <w:jc w:val="center"/>
        <w:rPr>
          <w:b/>
          <w:color w:val="D20000"/>
          <w:sz w:val="48"/>
        </w:rPr>
      </w:pPr>
    </w:p>
    <w:p w:rsidR="00D06ABB" w:rsidRDefault="001B063A">
      <w:pPr>
        <w:jc w:val="center"/>
      </w:pPr>
      <w:r>
        <w:rPr>
          <w:b/>
          <w:color w:val="D20000"/>
          <w:sz w:val="48"/>
        </w:rPr>
        <w:t>Anti-Bias Children's Books Overview</w:t>
      </w:r>
    </w:p>
    <w:p w:rsidR="000208CF" w:rsidRDefault="000208CF">
      <w:pPr>
        <w:jc w:val="center"/>
        <w:rPr>
          <w:b/>
          <w:color w:val="1E1E1E"/>
          <w:sz w:val="40"/>
        </w:rPr>
      </w:pPr>
    </w:p>
    <w:p w:rsidR="00D06ABB" w:rsidRDefault="001B063A">
      <w:pPr>
        <w:jc w:val="center"/>
      </w:pPr>
      <w:r>
        <w:rPr>
          <w:b/>
          <w:color w:val="1E1E1E"/>
          <w:sz w:val="40"/>
        </w:rPr>
        <w:t>Belgium</w:t>
      </w:r>
    </w:p>
    <w:p w:rsidR="000208CF" w:rsidRDefault="000208CF">
      <w:pPr>
        <w:jc w:val="center"/>
        <w:rPr>
          <w:i/>
          <w:sz w:val="22"/>
        </w:rPr>
      </w:pPr>
    </w:p>
    <w:p w:rsidR="00D06ABB" w:rsidRDefault="001B063A">
      <w:pPr>
        <w:jc w:val="center"/>
      </w:pPr>
      <w:r>
        <w:rPr>
          <w:i/>
          <w:sz w:val="22"/>
        </w:rPr>
        <w:t>A practical overview of children's books addressing diversity, inclusion and anti-bias education.</w:t>
      </w:r>
    </w:p>
    <w:p w:rsidR="00D06ABB" w:rsidRDefault="00D06ABB"/>
    <w:p w:rsidR="00D06ABB" w:rsidRDefault="00D06ABB"/>
    <w:p w:rsidR="00D06ABB" w:rsidRDefault="00D06ABB"/>
    <w:p w:rsidR="00D06ABB" w:rsidRDefault="00D06ABB"/>
    <w:p w:rsidR="00D06ABB" w:rsidRDefault="001B063A">
      <w:pPr>
        <w:jc w:val="center"/>
      </w:pPr>
      <w:r>
        <w:rPr>
          <w:noProof/>
          <w:lang w:val="es-ES" w:eastAsia="es-ES"/>
        </w:rPr>
        <w:drawing>
          <wp:inline distT="0" distB="0" distL="0" distR="0">
            <wp:extent cx="1920240" cy="49013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687341b-bbbc-4594-a38d-8a4e16d54ba0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20240" cy="490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6ABB" w:rsidRDefault="001B063A">
      <w:pPr>
        <w:jc w:val="center"/>
      </w:pPr>
      <w:r>
        <w:rPr>
          <w:color w:val="505050"/>
          <w:sz w:val="18"/>
        </w:rPr>
        <w:t>Co-funded by the European Union</w:t>
      </w:r>
    </w:p>
    <w:p w:rsidR="00D06ABB" w:rsidRDefault="001B063A">
      <w:pPr>
        <w:jc w:val="center"/>
      </w:pPr>
      <w:r>
        <w:rPr>
          <w:color w:val="646464"/>
          <w:sz w:val="16"/>
        </w:rPr>
        <w:t xml:space="preserve">This document is part of the ABC4T project resources for educators, </w:t>
      </w:r>
      <w:r>
        <w:rPr>
          <w:color w:val="646464"/>
          <w:sz w:val="16"/>
        </w:rPr>
        <w:t>parents and early childhood education settings.</w:t>
      </w:r>
    </w:p>
    <w:p w:rsidR="00D06ABB" w:rsidRDefault="00D06ABB">
      <w:pPr>
        <w:sectPr w:rsidR="00D06ABB">
          <w:pgSz w:w="12240" w:h="15840"/>
          <w:pgMar w:top="936" w:right="936" w:bottom="936" w:left="936" w:header="720" w:footer="720" w:gutter="0"/>
          <w:cols w:space="720"/>
          <w:docGrid w:linePitch="360"/>
        </w:sect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7697"/>
        <w:gridCol w:w="7697"/>
      </w:tblGrid>
      <w:tr w:rsidR="00D06ABB">
        <w:tc>
          <w:tcPr>
            <w:tcW w:w="7697" w:type="dxa"/>
            <w:vAlign w:val="center"/>
          </w:tcPr>
          <w:p w:rsidR="00D06ABB" w:rsidRDefault="001B063A">
            <w:r>
              <w:rPr>
                <w:noProof/>
                <w:lang w:val="es-ES" w:eastAsia="es-ES"/>
              </w:rPr>
              <w:lastRenderedPageBreak/>
              <w:drawing>
                <wp:inline distT="0" distB="0" distL="0" distR="0">
                  <wp:extent cx="1737360" cy="708438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2.jp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7360" cy="7084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97" w:type="dxa"/>
            <w:vAlign w:val="center"/>
          </w:tcPr>
          <w:p w:rsidR="00D06ABB" w:rsidRDefault="001B063A">
            <w:pPr>
              <w:jc w:val="right"/>
            </w:pPr>
            <w:r>
              <w:rPr>
                <w:b/>
                <w:color w:val="D20000"/>
                <w:sz w:val="32"/>
              </w:rPr>
              <w:t>Belgian Children's Books</w:t>
            </w:r>
          </w:p>
        </w:tc>
      </w:tr>
    </w:tbl>
    <w:p w:rsidR="00D06ABB" w:rsidRDefault="00D06ABB">
      <w:pPr>
        <w:spacing w:after="120"/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105"/>
        <w:gridCol w:w="3121"/>
        <w:gridCol w:w="1428"/>
        <w:gridCol w:w="2760"/>
      </w:tblGrid>
      <w:tr w:rsidR="000208CF" w:rsidTr="000208CF">
        <w:trPr>
          <w:tblHeader/>
          <w:jc w:val="center"/>
        </w:trPr>
        <w:tc>
          <w:tcPr>
            <w:tcW w:w="3105" w:type="dxa"/>
            <w:shd w:val="clear" w:color="auto" w:fill="D00000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0208CF" w:rsidRPr="000208CF" w:rsidRDefault="000208CF">
            <w:pPr>
              <w:jc w:val="center"/>
              <w:rPr>
                <w:sz w:val="28"/>
                <w:szCs w:val="28"/>
              </w:rPr>
            </w:pPr>
            <w:r w:rsidRPr="000208CF">
              <w:rPr>
                <w:b/>
                <w:color w:val="FFFFFF"/>
                <w:sz w:val="28"/>
                <w:szCs w:val="28"/>
              </w:rPr>
              <w:t>Title</w:t>
            </w:r>
          </w:p>
        </w:tc>
        <w:tc>
          <w:tcPr>
            <w:tcW w:w="3121" w:type="dxa"/>
            <w:shd w:val="clear" w:color="auto" w:fill="D00000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0208CF" w:rsidRPr="001B063A" w:rsidRDefault="000208CF">
            <w:pPr>
              <w:jc w:val="center"/>
              <w:rPr>
                <w:sz w:val="28"/>
                <w:szCs w:val="28"/>
              </w:rPr>
            </w:pPr>
            <w:r w:rsidRPr="001B063A">
              <w:rPr>
                <w:b/>
                <w:color w:val="FFFFFF"/>
                <w:sz w:val="28"/>
                <w:szCs w:val="28"/>
              </w:rPr>
              <w:t>Author(s)</w:t>
            </w:r>
          </w:p>
        </w:tc>
        <w:tc>
          <w:tcPr>
            <w:tcW w:w="1428" w:type="dxa"/>
            <w:shd w:val="clear" w:color="auto" w:fill="D00000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0208CF" w:rsidRPr="001B063A" w:rsidRDefault="000208CF">
            <w:pPr>
              <w:jc w:val="center"/>
              <w:rPr>
                <w:sz w:val="28"/>
                <w:szCs w:val="28"/>
              </w:rPr>
            </w:pPr>
            <w:r w:rsidRPr="001B063A">
              <w:rPr>
                <w:b/>
                <w:color w:val="FFFFFF"/>
                <w:sz w:val="28"/>
                <w:szCs w:val="28"/>
              </w:rPr>
              <w:t>Copyright date</w:t>
            </w:r>
          </w:p>
        </w:tc>
        <w:tc>
          <w:tcPr>
            <w:tcW w:w="2010" w:type="dxa"/>
            <w:shd w:val="clear" w:color="auto" w:fill="D00000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 w:rsidR="000208CF" w:rsidRPr="001B063A" w:rsidRDefault="000208CF">
            <w:pPr>
              <w:jc w:val="center"/>
              <w:rPr>
                <w:sz w:val="28"/>
                <w:szCs w:val="28"/>
              </w:rPr>
            </w:pPr>
            <w:r w:rsidRPr="001B063A">
              <w:rPr>
                <w:b/>
                <w:color w:val="FFFFFF"/>
                <w:sz w:val="28"/>
                <w:szCs w:val="28"/>
              </w:rPr>
              <w:t>Books</w:t>
            </w:r>
          </w:p>
        </w:tc>
      </w:tr>
      <w:tr w:rsidR="000208CF" w:rsidTr="000208CF">
        <w:trPr>
          <w:jc w:val="center"/>
        </w:trPr>
        <w:tc>
          <w:tcPr>
            <w:tcW w:w="3105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0208CF" w:rsidRDefault="000208CF">
            <w:pPr>
              <w:rPr>
                <w:sz w:val="28"/>
                <w:szCs w:val="28"/>
              </w:rPr>
            </w:pPr>
            <w:proofErr w:type="spellStart"/>
            <w:r w:rsidRPr="000208CF">
              <w:rPr>
                <w:sz w:val="28"/>
                <w:szCs w:val="28"/>
              </w:rPr>
              <w:t>Iedereen</w:t>
            </w:r>
            <w:proofErr w:type="spellEnd"/>
            <w:r w:rsidRPr="000208CF">
              <w:rPr>
                <w:sz w:val="28"/>
                <w:szCs w:val="28"/>
              </w:rPr>
              <w:t xml:space="preserve"> </w:t>
            </w:r>
            <w:proofErr w:type="spellStart"/>
            <w:r w:rsidRPr="000208CF">
              <w:rPr>
                <w:sz w:val="28"/>
                <w:szCs w:val="28"/>
              </w:rPr>
              <w:t>telt</w:t>
            </w:r>
            <w:proofErr w:type="spellEnd"/>
            <w:r w:rsidRPr="000208CF">
              <w:rPr>
                <w:sz w:val="28"/>
                <w:szCs w:val="28"/>
              </w:rPr>
              <w:t xml:space="preserve"> </w:t>
            </w:r>
            <w:proofErr w:type="spellStart"/>
            <w:r w:rsidRPr="000208CF">
              <w:rPr>
                <w:sz w:val="28"/>
                <w:szCs w:val="28"/>
              </w:rPr>
              <w:t>mee</w:t>
            </w:r>
            <w:proofErr w:type="spellEnd"/>
          </w:p>
        </w:tc>
        <w:tc>
          <w:tcPr>
            <w:tcW w:w="3121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1B063A" w:rsidRDefault="000208CF">
            <w:pPr>
              <w:rPr>
                <w:sz w:val="28"/>
                <w:szCs w:val="28"/>
              </w:rPr>
            </w:pPr>
            <w:r w:rsidRPr="001B063A">
              <w:rPr>
                <w:sz w:val="28"/>
                <w:szCs w:val="28"/>
              </w:rPr>
              <w:t>Kristin</w:t>
            </w:r>
            <w:bookmarkStart w:id="0" w:name="_GoBack"/>
            <w:bookmarkEnd w:id="0"/>
            <w:r w:rsidRPr="001B063A">
              <w:rPr>
                <w:sz w:val="28"/>
                <w:szCs w:val="28"/>
              </w:rPr>
              <w:t xml:space="preserve"> Roskifte</w:t>
            </w:r>
          </w:p>
        </w:tc>
        <w:tc>
          <w:tcPr>
            <w:tcW w:w="1428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1B063A" w:rsidRDefault="000208CF">
            <w:pPr>
              <w:rPr>
                <w:sz w:val="28"/>
                <w:szCs w:val="28"/>
              </w:rPr>
            </w:pPr>
            <w:r w:rsidRPr="001B063A">
              <w:rPr>
                <w:sz w:val="28"/>
                <w:szCs w:val="28"/>
              </w:rPr>
              <w:t>2023</w:t>
            </w:r>
          </w:p>
        </w:tc>
        <w:tc>
          <w:tcPr>
            <w:tcW w:w="2010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Default="000208CF"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203960" cy="1648445"/>
                  <wp:effectExtent l="0" t="0" r="0" b="9525"/>
                  <wp:docPr id="4" name="Imagen 4" descr="Iedereen telt mee - Kijk- en zoekboek voor nieuwsgierige lezers | b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edereen telt mee - Kijk- en zoekboek voor nieuwsgierige lezers | bo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1080" cy="16718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08CF" w:rsidTr="000208CF">
        <w:trPr>
          <w:jc w:val="center"/>
        </w:trPr>
        <w:tc>
          <w:tcPr>
            <w:tcW w:w="3105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0208CF" w:rsidRDefault="000208CF">
            <w:pPr>
              <w:rPr>
                <w:sz w:val="28"/>
                <w:szCs w:val="28"/>
              </w:rPr>
            </w:pPr>
            <w:r w:rsidRPr="000208CF">
              <w:rPr>
                <w:sz w:val="28"/>
                <w:szCs w:val="28"/>
              </w:rPr>
              <w:t xml:space="preserve">Luna op het </w:t>
            </w:r>
            <w:proofErr w:type="spellStart"/>
            <w:r w:rsidRPr="000208CF">
              <w:rPr>
                <w:sz w:val="28"/>
                <w:szCs w:val="28"/>
              </w:rPr>
              <w:t>potje</w:t>
            </w:r>
            <w:proofErr w:type="spellEnd"/>
          </w:p>
        </w:tc>
        <w:tc>
          <w:tcPr>
            <w:tcW w:w="3121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1B063A" w:rsidRDefault="000208CF">
            <w:pPr>
              <w:rPr>
                <w:sz w:val="28"/>
                <w:szCs w:val="28"/>
              </w:rPr>
            </w:pPr>
            <w:r w:rsidRPr="001B063A">
              <w:rPr>
                <w:sz w:val="28"/>
                <w:szCs w:val="28"/>
              </w:rPr>
              <w:t>Sofie Kenens</w:t>
            </w:r>
          </w:p>
        </w:tc>
        <w:tc>
          <w:tcPr>
            <w:tcW w:w="1428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1B063A" w:rsidRDefault="000208CF">
            <w:pPr>
              <w:rPr>
                <w:sz w:val="28"/>
                <w:szCs w:val="28"/>
              </w:rPr>
            </w:pPr>
            <w:r w:rsidRPr="001B063A">
              <w:rPr>
                <w:sz w:val="28"/>
                <w:szCs w:val="28"/>
              </w:rPr>
              <w:t>2022</w:t>
            </w:r>
          </w:p>
        </w:tc>
        <w:tc>
          <w:tcPr>
            <w:tcW w:w="2010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Default="000208CF"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326439" cy="1335341"/>
                  <wp:effectExtent l="0" t="0" r="7620" b="0"/>
                  <wp:docPr id="5" name="Imagen 5" descr="Luna op het potje, Sofie Kenens | 9789464015058 | Boeken | b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una op het potje, Sofie Kenens | 9789464015058 | Boeken | bo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8382" cy="13574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08CF" w:rsidTr="000208CF">
        <w:trPr>
          <w:jc w:val="center"/>
        </w:trPr>
        <w:tc>
          <w:tcPr>
            <w:tcW w:w="3105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0208CF" w:rsidRDefault="000208CF">
            <w:pPr>
              <w:rPr>
                <w:sz w:val="28"/>
                <w:szCs w:val="28"/>
              </w:rPr>
            </w:pPr>
            <w:r w:rsidRPr="000208CF">
              <w:rPr>
                <w:sz w:val="28"/>
                <w:szCs w:val="28"/>
              </w:rPr>
              <w:t xml:space="preserve">De </w:t>
            </w:r>
            <w:proofErr w:type="spellStart"/>
            <w:r w:rsidRPr="000208CF">
              <w:rPr>
                <w:sz w:val="28"/>
                <w:szCs w:val="28"/>
              </w:rPr>
              <w:t>binnenkant</w:t>
            </w:r>
            <w:proofErr w:type="spellEnd"/>
            <w:r w:rsidRPr="000208CF">
              <w:rPr>
                <w:sz w:val="28"/>
                <w:szCs w:val="28"/>
              </w:rPr>
              <w:t xml:space="preserve"> van </w:t>
            </w:r>
            <w:proofErr w:type="spellStart"/>
            <w:r w:rsidRPr="000208CF">
              <w:rPr>
                <w:sz w:val="28"/>
                <w:szCs w:val="28"/>
              </w:rPr>
              <w:t>mij</w:t>
            </w:r>
            <w:proofErr w:type="spellEnd"/>
          </w:p>
        </w:tc>
        <w:tc>
          <w:tcPr>
            <w:tcW w:w="3121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1B063A" w:rsidRDefault="000208CF">
            <w:pPr>
              <w:rPr>
                <w:sz w:val="28"/>
                <w:szCs w:val="28"/>
              </w:rPr>
            </w:pPr>
            <w:r w:rsidRPr="001B063A">
              <w:rPr>
                <w:sz w:val="28"/>
                <w:szCs w:val="28"/>
              </w:rPr>
              <w:t>Bell Hooks</w:t>
            </w:r>
          </w:p>
        </w:tc>
        <w:tc>
          <w:tcPr>
            <w:tcW w:w="1428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1B063A" w:rsidRDefault="000208CF">
            <w:pPr>
              <w:rPr>
                <w:sz w:val="28"/>
                <w:szCs w:val="28"/>
              </w:rPr>
            </w:pPr>
            <w:r w:rsidRPr="001B063A">
              <w:rPr>
                <w:sz w:val="28"/>
                <w:szCs w:val="28"/>
              </w:rPr>
              <w:t>2021</w:t>
            </w:r>
          </w:p>
        </w:tc>
        <w:tc>
          <w:tcPr>
            <w:tcW w:w="2010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Default="000208CF"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043940" cy="1391363"/>
                  <wp:effectExtent l="0" t="0" r="3810" b="0"/>
                  <wp:docPr id="6" name="Imagen 6" descr="De binnenkant van mij | Boek | 9789083145525 | Brun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De binnenkant van mij | Boek | 9789083145525 | Brun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2202" cy="1402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08CF" w:rsidTr="000208CF">
        <w:trPr>
          <w:jc w:val="center"/>
        </w:trPr>
        <w:tc>
          <w:tcPr>
            <w:tcW w:w="3105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0208CF" w:rsidRDefault="000208CF">
            <w:pPr>
              <w:rPr>
                <w:sz w:val="28"/>
                <w:szCs w:val="28"/>
              </w:rPr>
            </w:pPr>
            <w:proofErr w:type="spellStart"/>
            <w:r w:rsidRPr="000208CF">
              <w:rPr>
                <w:sz w:val="28"/>
                <w:szCs w:val="28"/>
              </w:rPr>
              <w:t>Ik</w:t>
            </w:r>
            <w:proofErr w:type="spellEnd"/>
            <w:r w:rsidRPr="000208CF">
              <w:rPr>
                <w:sz w:val="28"/>
                <w:szCs w:val="28"/>
              </w:rPr>
              <w:t xml:space="preserve"> ben bruin!</w:t>
            </w:r>
          </w:p>
        </w:tc>
        <w:tc>
          <w:tcPr>
            <w:tcW w:w="3121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1B063A" w:rsidRDefault="000208CF">
            <w:pPr>
              <w:rPr>
                <w:sz w:val="28"/>
                <w:szCs w:val="28"/>
              </w:rPr>
            </w:pPr>
            <w:r w:rsidRPr="001B063A">
              <w:rPr>
                <w:sz w:val="28"/>
                <w:szCs w:val="28"/>
              </w:rPr>
              <w:t>Ashok Banker</w:t>
            </w:r>
          </w:p>
        </w:tc>
        <w:tc>
          <w:tcPr>
            <w:tcW w:w="1428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1B063A" w:rsidRDefault="000208CF">
            <w:pPr>
              <w:rPr>
                <w:sz w:val="28"/>
                <w:szCs w:val="28"/>
              </w:rPr>
            </w:pPr>
            <w:r w:rsidRPr="001B063A">
              <w:rPr>
                <w:sz w:val="28"/>
                <w:szCs w:val="28"/>
              </w:rPr>
              <w:t>2020</w:t>
            </w:r>
          </w:p>
        </w:tc>
        <w:tc>
          <w:tcPr>
            <w:tcW w:w="2010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Default="000208CF"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233805" cy="1342065"/>
                  <wp:effectExtent l="0" t="0" r="4445" b="0"/>
                  <wp:docPr id="7" name="Imagen 7" descr="Ik ben bruin!, Ashok Banker | 9789083063621 | Boeken | b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k ben bruin!, Ashok Banker | 9789083063621 | Boeken | bo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3672" cy="13527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08CF" w:rsidTr="000208CF">
        <w:trPr>
          <w:jc w:val="center"/>
        </w:trPr>
        <w:tc>
          <w:tcPr>
            <w:tcW w:w="3105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0208CF" w:rsidRDefault="000208CF">
            <w:pPr>
              <w:rPr>
                <w:sz w:val="28"/>
                <w:szCs w:val="28"/>
              </w:rPr>
            </w:pPr>
            <w:proofErr w:type="spellStart"/>
            <w:r w:rsidRPr="000208CF">
              <w:rPr>
                <w:sz w:val="28"/>
                <w:szCs w:val="28"/>
              </w:rPr>
              <w:t>Allemaal</w:t>
            </w:r>
            <w:proofErr w:type="spellEnd"/>
            <w:r w:rsidRPr="000208CF">
              <w:rPr>
                <w:sz w:val="28"/>
                <w:szCs w:val="28"/>
              </w:rPr>
              <w:t xml:space="preserve"> </w:t>
            </w:r>
            <w:proofErr w:type="spellStart"/>
            <w:r w:rsidRPr="000208CF">
              <w:rPr>
                <w:sz w:val="28"/>
                <w:szCs w:val="28"/>
              </w:rPr>
              <w:t>gezinnen</w:t>
            </w:r>
            <w:proofErr w:type="spellEnd"/>
          </w:p>
        </w:tc>
        <w:tc>
          <w:tcPr>
            <w:tcW w:w="3121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1B063A" w:rsidRDefault="000208CF">
            <w:pPr>
              <w:rPr>
                <w:sz w:val="28"/>
                <w:szCs w:val="28"/>
              </w:rPr>
            </w:pPr>
            <w:r w:rsidRPr="001B063A">
              <w:rPr>
                <w:sz w:val="28"/>
                <w:szCs w:val="28"/>
              </w:rPr>
              <w:t>Felicity Brooks &amp; Frankie Allen</w:t>
            </w:r>
          </w:p>
        </w:tc>
        <w:tc>
          <w:tcPr>
            <w:tcW w:w="1428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1B063A" w:rsidRDefault="000208CF">
            <w:pPr>
              <w:rPr>
                <w:sz w:val="28"/>
                <w:szCs w:val="28"/>
              </w:rPr>
            </w:pPr>
            <w:r w:rsidRPr="001B063A">
              <w:rPr>
                <w:sz w:val="28"/>
                <w:szCs w:val="28"/>
              </w:rPr>
              <w:t>2020</w:t>
            </w:r>
          </w:p>
        </w:tc>
        <w:tc>
          <w:tcPr>
            <w:tcW w:w="2010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Default="000208CF"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232910" cy="1493350"/>
                  <wp:effectExtent l="0" t="0" r="5715" b="0"/>
                  <wp:docPr id="8" name="Imagen 8" descr="Allemaal gezinnen : Brooks, Felicity, Allen, Frankie, Ferrero, Mar,  Peeters, Els: Amazon.es: Libro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Allemaal gezinnen : Brooks, Felicity, Allen, Frankie, Ferrero, Mar,  Peeters, Els: Amazon.es: Libro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0580" cy="15147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08CF" w:rsidTr="000208CF">
        <w:trPr>
          <w:jc w:val="center"/>
        </w:trPr>
        <w:tc>
          <w:tcPr>
            <w:tcW w:w="3105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0208CF" w:rsidRDefault="000208CF">
            <w:pPr>
              <w:rPr>
                <w:sz w:val="28"/>
                <w:szCs w:val="28"/>
              </w:rPr>
            </w:pPr>
            <w:r w:rsidRPr="000208CF">
              <w:rPr>
                <w:sz w:val="28"/>
                <w:szCs w:val="28"/>
              </w:rPr>
              <w:t>Het huis van Jordy</w:t>
            </w:r>
          </w:p>
        </w:tc>
        <w:tc>
          <w:tcPr>
            <w:tcW w:w="3121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1B063A" w:rsidRDefault="000208CF">
            <w:pPr>
              <w:rPr>
                <w:sz w:val="28"/>
                <w:szCs w:val="28"/>
              </w:rPr>
            </w:pPr>
            <w:r w:rsidRPr="001B063A">
              <w:rPr>
                <w:sz w:val="28"/>
                <w:szCs w:val="28"/>
              </w:rPr>
              <w:t>Netwerk tegen armoede</w:t>
            </w:r>
          </w:p>
        </w:tc>
        <w:tc>
          <w:tcPr>
            <w:tcW w:w="1428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1B063A" w:rsidRDefault="000208CF">
            <w:pPr>
              <w:rPr>
                <w:sz w:val="28"/>
                <w:szCs w:val="28"/>
              </w:rPr>
            </w:pPr>
            <w:r w:rsidRPr="001B063A">
              <w:rPr>
                <w:sz w:val="28"/>
                <w:szCs w:val="28"/>
              </w:rPr>
              <w:t>2020</w:t>
            </w:r>
          </w:p>
        </w:tc>
        <w:tc>
          <w:tcPr>
            <w:tcW w:w="2010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Default="000208CF"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630680" cy="1556211"/>
                  <wp:effectExtent l="0" t="0" r="7620" b="6350"/>
                  <wp:docPr id="9" name="Imagen 9" descr="Het huis van Jordy | Welzijnszor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et huis van Jordy | Welzijnszor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0669" cy="15657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08CF" w:rsidTr="000208CF">
        <w:trPr>
          <w:jc w:val="center"/>
        </w:trPr>
        <w:tc>
          <w:tcPr>
            <w:tcW w:w="3105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0208CF" w:rsidRDefault="000208CF">
            <w:pPr>
              <w:rPr>
                <w:sz w:val="28"/>
                <w:szCs w:val="28"/>
              </w:rPr>
            </w:pPr>
            <w:proofErr w:type="spellStart"/>
            <w:r w:rsidRPr="000208CF">
              <w:rPr>
                <w:sz w:val="28"/>
                <w:szCs w:val="28"/>
              </w:rPr>
              <w:t>Meisjes</w:t>
            </w:r>
            <w:proofErr w:type="spellEnd"/>
            <w:r w:rsidRPr="000208CF">
              <w:rPr>
                <w:sz w:val="28"/>
                <w:szCs w:val="28"/>
              </w:rPr>
              <w:t xml:space="preserve"> met </w:t>
            </w:r>
            <w:proofErr w:type="spellStart"/>
            <w:r w:rsidRPr="000208CF">
              <w:rPr>
                <w:sz w:val="28"/>
                <w:szCs w:val="28"/>
              </w:rPr>
              <w:t>een</w:t>
            </w:r>
            <w:proofErr w:type="spellEnd"/>
            <w:r w:rsidRPr="000208CF">
              <w:rPr>
                <w:sz w:val="28"/>
                <w:szCs w:val="28"/>
              </w:rPr>
              <w:t xml:space="preserve"> </w:t>
            </w:r>
            <w:proofErr w:type="spellStart"/>
            <w:r w:rsidRPr="000208CF">
              <w:rPr>
                <w:sz w:val="28"/>
                <w:szCs w:val="28"/>
              </w:rPr>
              <w:t>missie</w:t>
            </w:r>
            <w:proofErr w:type="spellEnd"/>
          </w:p>
        </w:tc>
        <w:tc>
          <w:tcPr>
            <w:tcW w:w="3121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1B063A" w:rsidRDefault="000208CF">
            <w:pPr>
              <w:rPr>
                <w:sz w:val="28"/>
                <w:szCs w:val="28"/>
              </w:rPr>
            </w:pPr>
            <w:r w:rsidRPr="001B063A">
              <w:rPr>
                <w:sz w:val="28"/>
                <w:szCs w:val="28"/>
              </w:rPr>
              <w:t>Amanda Gorman</w:t>
            </w:r>
          </w:p>
        </w:tc>
        <w:tc>
          <w:tcPr>
            <w:tcW w:w="1428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1B063A" w:rsidRDefault="000208CF">
            <w:pPr>
              <w:rPr>
                <w:sz w:val="28"/>
                <w:szCs w:val="28"/>
              </w:rPr>
            </w:pPr>
            <w:r w:rsidRPr="001B063A">
              <w:rPr>
                <w:sz w:val="28"/>
                <w:szCs w:val="28"/>
              </w:rPr>
              <w:t>2025</w:t>
            </w:r>
          </w:p>
        </w:tc>
        <w:tc>
          <w:tcPr>
            <w:tcW w:w="2010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Default="000208CF"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242060" cy="1540154"/>
                  <wp:effectExtent l="0" t="0" r="0" b="3175"/>
                  <wp:docPr id="10" name="Imagen 10" descr="Amanda Gorman boeken | Standaard Boekhande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Amanda Gorman boeken | Standaard Boekhande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9946" cy="15499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08CF" w:rsidTr="000208CF">
        <w:trPr>
          <w:jc w:val="center"/>
        </w:trPr>
        <w:tc>
          <w:tcPr>
            <w:tcW w:w="3105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0208CF" w:rsidRDefault="000208CF">
            <w:pPr>
              <w:rPr>
                <w:sz w:val="28"/>
                <w:szCs w:val="28"/>
              </w:rPr>
            </w:pPr>
            <w:proofErr w:type="spellStart"/>
            <w:r w:rsidRPr="000208CF">
              <w:rPr>
                <w:sz w:val="28"/>
                <w:szCs w:val="28"/>
              </w:rPr>
              <w:t>Baloena</w:t>
            </w:r>
            <w:proofErr w:type="spellEnd"/>
          </w:p>
        </w:tc>
        <w:tc>
          <w:tcPr>
            <w:tcW w:w="3121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1B063A" w:rsidRDefault="000208CF">
            <w:pPr>
              <w:rPr>
                <w:sz w:val="28"/>
                <w:szCs w:val="28"/>
              </w:rPr>
            </w:pPr>
            <w:r w:rsidRPr="001B063A">
              <w:rPr>
                <w:sz w:val="28"/>
                <w:szCs w:val="28"/>
              </w:rPr>
              <w:t>Brigitte Puissant</w:t>
            </w:r>
          </w:p>
        </w:tc>
        <w:tc>
          <w:tcPr>
            <w:tcW w:w="1428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1B063A" w:rsidRDefault="000208CF">
            <w:pPr>
              <w:rPr>
                <w:sz w:val="28"/>
                <w:szCs w:val="28"/>
              </w:rPr>
            </w:pPr>
            <w:r w:rsidRPr="001B063A">
              <w:rPr>
                <w:sz w:val="28"/>
                <w:szCs w:val="28"/>
              </w:rPr>
              <w:t>2018</w:t>
            </w:r>
          </w:p>
        </w:tc>
        <w:tc>
          <w:tcPr>
            <w:tcW w:w="2010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Default="000208CF"/>
        </w:tc>
      </w:tr>
      <w:tr w:rsidR="000208CF" w:rsidTr="000208CF">
        <w:trPr>
          <w:jc w:val="center"/>
        </w:trPr>
        <w:tc>
          <w:tcPr>
            <w:tcW w:w="3105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0208CF" w:rsidRDefault="000208CF">
            <w:pPr>
              <w:rPr>
                <w:sz w:val="28"/>
                <w:szCs w:val="28"/>
              </w:rPr>
            </w:pPr>
            <w:proofErr w:type="spellStart"/>
            <w:r w:rsidRPr="000208CF">
              <w:rPr>
                <w:sz w:val="28"/>
                <w:szCs w:val="28"/>
              </w:rPr>
              <w:t>Een</w:t>
            </w:r>
            <w:proofErr w:type="spellEnd"/>
            <w:r w:rsidRPr="000208CF">
              <w:rPr>
                <w:sz w:val="28"/>
                <w:szCs w:val="28"/>
              </w:rPr>
              <w:t xml:space="preserve"> huis </w:t>
            </w:r>
            <w:proofErr w:type="spellStart"/>
            <w:r w:rsidRPr="000208CF">
              <w:rPr>
                <w:sz w:val="28"/>
                <w:szCs w:val="28"/>
              </w:rPr>
              <w:t>voor</w:t>
            </w:r>
            <w:proofErr w:type="spellEnd"/>
            <w:r w:rsidRPr="000208CF">
              <w:rPr>
                <w:sz w:val="28"/>
                <w:szCs w:val="28"/>
              </w:rPr>
              <w:t xml:space="preserve"> Lina</w:t>
            </w:r>
          </w:p>
        </w:tc>
        <w:tc>
          <w:tcPr>
            <w:tcW w:w="3121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1B063A" w:rsidRDefault="000208CF">
            <w:pPr>
              <w:rPr>
                <w:sz w:val="28"/>
                <w:szCs w:val="28"/>
              </w:rPr>
            </w:pPr>
            <w:r w:rsidRPr="001B063A">
              <w:rPr>
                <w:sz w:val="28"/>
                <w:szCs w:val="28"/>
              </w:rPr>
              <w:t>Sophia Honggokoesoemo</w:t>
            </w:r>
          </w:p>
        </w:tc>
        <w:tc>
          <w:tcPr>
            <w:tcW w:w="1428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1B063A" w:rsidRDefault="000208CF">
            <w:pPr>
              <w:rPr>
                <w:sz w:val="28"/>
                <w:szCs w:val="28"/>
              </w:rPr>
            </w:pPr>
            <w:r w:rsidRPr="001B063A">
              <w:rPr>
                <w:sz w:val="28"/>
                <w:szCs w:val="28"/>
              </w:rPr>
              <w:t>2025</w:t>
            </w:r>
          </w:p>
        </w:tc>
        <w:tc>
          <w:tcPr>
            <w:tcW w:w="2010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Default="000208CF"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318260" cy="1318260"/>
                  <wp:effectExtent l="0" t="0" r="0" b="0"/>
                  <wp:docPr id="11" name="Imagen 11" descr="Een huis voor Lina, Sophia Honggokoesoemo | 9789492784391 | Boeken | b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Een huis voor Lina, Sophia Honggokoesoemo | 9789492784391 | Boeken | bo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8260" cy="1318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08CF" w:rsidTr="000208CF">
        <w:trPr>
          <w:jc w:val="center"/>
        </w:trPr>
        <w:tc>
          <w:tcPr>
            <w:tcW w:w="3105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0208CF" w:rsidRDefault="000208CF">
            <w:pPr>
              <w:rPr>
                <w:sz w:val="28"/>
                <w:szCs w:val="28"/>
              </w:rPr>
            </w:pPr>
            <w:proofErr w:type="spellStart"/>
            <w:r w:rsidRPr="000208CF">
              <w:rPr>
                <w:sz w:val="28"/>
                <w:szCs w:val="28"/>
              </w:rPr>
              <w:t>Lichtje</w:t>
            </w:r>
            <w:proofErr w:type="spellEnd"/>
            <w:r w:rsidRPr="000208CF">
              <w:rPr>
                <w:sz w:val="28"/>
                <w:szCs w:val="28"/>
              </w:rPr>
              <w:t xml:space="preserve"> in het </w:t>
            </w:r>
            <w:proofErr w:type="spellStart"/>
            <w:r w:rsidRPr="000208CF">
              <w:rPr>
                <w:sz w:val="28"/>
                <w:szCs w:val="28"/>
              </w:rPr>
              <w:t>donker</w:t>
            </w:r>
            <w:proofErr w:type="spellEnd"/>
          </w:p>
        </w:tc>
        <w:tc>
          <w:tcPr>
            <w:tcW w:w="3121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1B063A" w:rsidRDefault="000208CF">
            <w:pPr>
              <w:rPr>
                <w:sz w:val="28"/>
                <w:szCs w:val="28"/>
              </w:rPr>
            </w:pPr>
            <w:r w:rsidRPr="001B063A">
              <w:rPr>
                <w:sz w:val="28"/>
                <w:szCs w:val="28"/>
              </w:rPr>
              <w:t>Katie Sahota</w:t>
            </w:r>
          </w:p>
        </w:tc>
        <w:tc>
          <w:tcPr>
            <w:tcW w:w="1428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1B063A" w:rsidRDefault="000208CF">
            <w:pPr>
              <w:rPr>
                <w:sz w:val="28"/>
                <w:szCs w:val="28"/>
              </w:rPr>
            </w:pPr>
            <w:r w:rsidRPr="001B063A">
              <w:rPr>
                <w:sz w:val="28"/>
                <w:szCs w:val="28"/>
              </w:rPr>
              <w:t>2022</w:t>
            </w:r>
          </w:p>
        </w:tc>
        <w:tc>
          <w:tcPr>
            <w:tcW w:w="2010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Default="000208CF"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319087" cy="1317328"/>
                  <wp:effectExtent l="0" t="0" r="0" b="0"/>
                  <wp:docPr id="12" name="Imagen 12" descr="Lichtje in het donker, Katie Sahota | 9789000381678 | Boeken | b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Lichtje in het donker, Katie Sahota | 9789000381678 | Boeken | bo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5958" cy="13341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08CF" w:rsidTr="000208CF">
        <w:trPr>
          <w:jc w:val="center"/>
        </w:trPr>
        <w:tc>
          <w:tcPr>
            <w:tcW w:w="3105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0208CF" w:rsidRDefault="000208CF">
            <w:pPr>
              <w:rPr>
                <w:sz w:val="28"/>
                <w:szCs w:val="28"/>
              </w:rPr>
            </w:pPr>
            <w:proofErr w:type="spellStart"/>
            <w:r w:rsidRPr="000208CF">
              <w:rPr>
                <w:sz w:val="28"/>
                <w:szCs w:val="28"/>
              </w:rPr>
              <w:t>Juf</w:t>
            </w:r>
            <w:proofErr w:type="spellEnd"/>
            <w:r w:rsidRPr="000208CF">
              <w:rPr>
                <w:sz w:val="28"/>
                <w:szCs w:val="28"/>
              </w:rPr>
              <w:t xml:space="preserve">, wat </w:t>
            </w:r>
            <w:proofErr w:type="spellStart"/>
            <w:r w:rsidRPr="000208CF">
              <w:rPr>
                <w:sz w:val="28"/>
                <w:szCs w:val="28"/>
              </w:rPr>
              <w:t>voor</w:t>
            </w:r>
            <w:proofErr w:type="spellEnd"/>
            <w:r w:rsidRPr="000208CF">
              <w:rPr>
                <w:sz w:val="28"/>
                <w:szCs w:val="28"/>
              </w:rPr>
              <w:t xml:space="preserve"> </w:t>
            </w:r>
            <w:proofErr w:type="spellStart"/>
            <w:r w:rsidRPr="000208CF">
              <w:rPr>
                <w:sz w:val="28"/>
                <w:szCs w:val="28"/>
              </w:rPr>
              <w:t>haar</w:t>
            </w:r>
            <w:proofErr w:type="spellEnd"/>
            <w:r w:rsidRPr="000208CF">
              <w:rPr>
                <w:sz w:val="28"/>
                <w:szCs w:val="28"/>
              </w:rPr>
              <w:t xml:space="preserve"> heb je?</w:t>
            </w:r>
          </w:p>
        </w:tc>
        <w:tc>
          <w:tcPr>
            <w:tcW w:w="3121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1B063A" w:rsidRDefault="000208CF">
            <w:pPr>
              <w:rPr>
                <w:sz w:val="28"/>
                <w:szCs w:val="28"/>
              </w:rPr>
            </w:pPr>
            <w:r w:rsidRPr="001B063A">
              <w:rPr>
                <w:sz w:val="28"/>
                <w:szCs w:val="28"/>
              </w:rPr>
              <w:t>Kamalia Talhaoui</w:t>
            </w:r>
          </w:p>
        </w:tc>
        <w:tc>
          <w:tcPr>
            <w:tcW w:w="1428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1B063A" w:rsidRDefault="000208CF">
            <w:pPr>
              <w:rPr>
                <w:sz w:val="28"/>
                <w:szCs w:val="28"/>
              </w:rPr>
            </w:pPr>
            <w:r w:rsidRPr="001B063A">
              <w:rPr>
                <w:sz w:val="28"/>
                <w:szCs w:val="28"/>
              </w:rPr>
              <w:t>2023</w:t>
            </w:r>
          </w:p>
        </w:tc>
        <w:tc>
          <w:tcPr>
            <w:tcW w:w="2010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Default="000208CF"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273520" cy="1531620"/>
                  <wp:effectExtent l="0" t="0" r="3175" b="0"/>
                  <wp:docPr id="13" name="Imagen 13" descr="Juf, wat voor haar heb je? | Kamalia Talhaoui | Samenleving | 9789025882198  | Standaard Boekhande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Juf, wat voor haar heb je? | Kamalia Talhaoui | Samenleving | 9789025882198  | Standaard Boekhande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1242" cy="15409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08CF" w:rsidTr="000208CF">
        <w:trPr>
          <w:jc w:val="center"/>
        </w:trPr>
        <w:tc>
          <w:tcPr>
            <w:tcW w:w="3105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0208CF" w:rsidRDefault="000208CF">
            <w:pPr>
              <w:rPr>
                <w:sz w:val="28"/>
                <w:szCs w:val="28"/>
              </w:rPr>
            </w:pPr>
            <w:r w:rsidRPr="000208CF">
              <w:rPr>
                <w:sz w:val="28"/>
                <w:szCs w:val="28"/>
              </w:rPr>
              <w:t xml:space="preserve">Het </w:t>
            </w:r>
            <w:proofErr w:type="spellStart"/>
            <w:r w:rsidRPr="000208CF">
              <w:rPr>
                <w:sz w:val="28"/>
                <w:szCs w:val="28"/>
              </w:rPr>
              <w:t>geheim</w:t>
            </w:r>
            <w:proofErr w:type="spellEnd"/>
            <w:r w:rsidRPr="000208CF">
              <w:rPr>
                <w:sz w:val="28"/>
                <w:szCs w:val="28"/>
              </w:rPr>
              <w:t xml:space="preserve"> van </w:t>
            </w:r>
            <w:proofErr w:type="spellStart"/>
            <w:r w:rsidRPr="000208CF">
              <w:rPr>
                <w:sz w:val="28"/>
                <w:szCs w:val="28"/>
              </w:rPr>
              <w:t>Konijn</w:t>
            </w:r>
            <w:proofErr w:type="spellEnd"/>
            <w:r w:rsidRPr="000208CF">
              <w:rPr>
                <w:sz w:val="28"/>
                <w:szCs w:val="28"/>
              </w:rPr>
              <w:t xml:space="preserve"> KU-NL</w:t>
            </w:r>
          </w:p>
        </w:tc>
        <w:tc>
          <w:tcPr>
            <w:tcW w:w="3121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1B063A" w:rsidRDefault="000208CF">
            <w:pPr>
              <w:rPr>
                <w:sz w:val="28"/>
                <w:szCs w:val="28"/>
              </w:rPr>
            </w:pPr>
            <w:r w:rsidRPr="001B063A">
              <w:rPr>
                <w:sz w:val="28"/>
                <w:szCs w:val="28"/>
              </w:rPr>
              <w:t>Sophia Honggokoesoemo</w:t>
            </w:r>
          </w:p>
        </w:tc>
        <w:tc>
          <w:tcPr>
            <w:tcW w:w="1428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1B063A" w:rsidRDefault="000208CF">
            <w:pPr>
              <w:rPr>
                <w:sz w:val="28"/>
                <w:szCs w:val="28"/>
              </w:rPr>
            </w:pPr>
            <w:r w:rsidRPr="001B063A">
              <w:rPr>
                <w:sz w:val="28"/>
                <w:szCs w:val="28"/>
              </w:rPr>
              <w:t>2024</w:t>
            </w:r>
          </w:p>
        </w:tc>
        <w:tc>
          <w:tcPr>
            <w:tcW w:w="2010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Default="000208CF"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516380" cy="1137285"/>
                  <wp:effectExtent l="0" t="0" r="7620" b="5715"/>
                  <wp:docPr id="14" name="Imagen 14" descr="Het geheim van Konijn KU-NL - nik-nak® tweetalig kinderboe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et geheim van Konijn KU-NL - nik-nak® tweetalig kinderboe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6380" cy="1137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08CF" w:rsidTr="000208CF">
        <w:trPr>
          <w:jc w:val="center"/>
        </w:trPr>
        <w:tc>
          <w:tcPr>
            <w:tcW w:w="3105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0208CF" w:rsidRDefault="000208CF">
            <w:pPr>
              <w:rPr>
                <w:sz w:val="28"/>
                <w:szCs w:val="28"/>
              </w:rPr>
            </w:pPr>
            <w:r w:rsidRPr="000208CF">
              <w:rPr>
                <w:sz w:val="28"/>
                <w:szCs w:val="28"/>
              </w:rPr>
              <w:t xml:space="preserve">Rare </w:t>
            </w:r>
            <w:proofErr w:type="spellStart"/>
            <w:r w:rsidRPr="000208CF">
              <w:rPr>
                <w:sz w:val="28"/>
                <w:szCs w:val="28"/>
              </w:rPr>
              <w:t>snuiters</w:t>
            </w:r>
            <w:proofErr w:type="spellEnd"/>
          </w:p>
        </w:tc>
        <w:tc>
          <w:tcPr>
            <w:tcW w:w="3121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1B063A" w:rsidRDefault="000208CF">
            <w:pPr>
              <w:rPr>
                <w:sz w:val="28"/>
                <w:szCs w:val="28"/>
              </w:rPr>
            </w:pPr>
            <w:r w:rsidRPr="001B063A">
              <w:rPr>
                <w:sz w:val="28"/>
                <w:szCs w:val="28"/>
              </w:rPr>
              <w:t>Jan Dewitte</w:t>
            </w:r>
          </w:p>
        </w:tc>
        <w:tc>
          <w:tcPr>
            <w:tcW w:w="1428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Pr="001B063A" w:rsidRDefault="000208CF">
            <w:pPr>
              <w:rPr>
                <w:sz w:val="28"/>
                <w:szCs w:val="28"/>
              </w:rPr>
            </w:pPr>
            <w:r w:rsidRPr="001B063A">
              <w:rPr>
                <w:sz w:val="28"/>
                <w:szCs w:val="28"/>
              </w:rPr>
              <w:t>2011</w:t>
            </w:r>
          </w:p>
        </w:tc>
        <w:tc>
          <w:tcPr>
            <w:tcW w:w="2010" w:type="dxa"/>
            <w:tcMar>
              <w:top w:w="90" w:type="dxa"/>
              <w:left w:w="90" w:type="dxa"/>
              <w:bottom w:w="90" w:type="dxa"/>
              <w:right w:w="90" w:type="dxa"/>
            </w:tcMar>
          </w:tcPr>
          <w:p w:rsidR="000208CF" w:rsidRDefault="000208CF">
            <w:r>
              <w:rPr>
                <w:noProof/>
                <w:lang w:val="es-ES" w:eastAsia="es-ES"/>
              </w:rPr>
              <w:drawing>
                <wp:inline distT="0" distB="0" distL="0" distR="0">
                  <wp:extent cx="1225641" cy="1546225"/>
                  <wp:effectExtent l="0" t="0" r="0" b="0"/>
                  <wp:docPr id="15" name="Imagen 15" descr="Rare snuiters, Jan Dewitte | 9789056551049 | Boeken | bo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Rare snuiters, Jan Dewitte | 9789056551049 | Boeken | bo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0003" cy="15643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06ABB" w:rsidRDefault="00D06ABB"/>
    <w:p w:rsidR="00D06ABB" w:rsidRDefault="00D06ABB"/>
    <w:sectPr w:rsidR="00D06ABB" w:rsidSect="00034616">
      <w:pgSz w:w="16834" w:h="11909" w:orient="landscape"/>
      <w:pgMar w:top="648" w:right="720" w:bottom="64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208CF"/>
    <w:rsid w:val="00034616"/>
    <w:rsid w:val="0006063C"/>
    <w:rsid w:val="0015074B"/>
    <w:rsid w:val="001B063A"/>
    <w:rsid w:val="0029639D"/>
    <w:rsid w:val="00326F90"/>
    <w:rsid w:val="00AA1D8D"/>
    <w:rsid w:val="00B47730"/>
    <w:rsid w:val="00CB0664"/>
    <w:rsid w:val="00D06ABB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847FD25"/>
  <w14:defaultImageDpi w14:val="300"/>
  <w15:docId w15:val="{E23C1FFB-AF6B-41F3-B316-2303365E7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  <w:rPr>
      <w:rFonts w:ascii="Arial" w:eastAsia="Arial" w:hAnsi="Arial"/>
      <w:sz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A4DCE67-0D2D-4B58-8156-41F4A3BDA3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804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949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Margarita Medrano</cp:lastModifiedBy>
  <cp:revision>2</cp:revision>
  <dcterms:created xsi:type="dcterms:W3CDTF">2026-04-24T12:24:00Z</dcterms:created>
  <dcterms:modified xsi:type="dcterms:W3CDTF">2026-04-24T12:24:00Z</dcterms:modified>
  <cp:category/>
</cp:coreProperties>
</file>