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6ABB" w:rsidRDefault="004A650A">
      <w:pPr>
        <w:jc w:val="center"/>
      </w:pPr>
      <w:r>
        <w:rPr>
          <w:noProof/>
          <w:lang w:val="es-ES" w:eastAsia="es-ES"/>
        </w:rPr>
        <w:drawing>
          <wp:inline distT="0" distB="0" distL="0" distR="0">
            <wp:extent cx="5303520" cy="21626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2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03520" cy="216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08CF" w:rsidRDefault="000208CF">
      <w:pPr>
        <w:jc w:val="center"/>
        <w:rPr>
          <w:b/>
          <w:color w:val="D20000"/>
          <w:sz w:val="48"/>
        </w:rPr>
      </w:pPr>
    </w:p>
    <w:p w:rsidR="000208CF" w:rsidRDefault="004A650A">
      <w:pPr>
        <w:jc w:val="center"/>
        <w:rPr>
          <w:b/>
          <w:color w:val="1E1E1E"/>
          <w:sz w:val="40"/>
        </w:rPr>
      </w:pPr>
      <w:proofErr w:type="spellStart"/>
      <w:r w:rsidRPr="004A650A">
        <w:rPr>
          <w:b/>
          <w:color w:val="D20000"/>
          <w:sz w:val="48"/>
        </w:rPr>
        <w:t>Resumen</w:t>
      </w:r>
      <w:proofErr w:type="spellEnd"/>
      <w:r w:rsidRPr="004A650A">
        <w:rPr>
          <w:b/>
          <w:color w:val="D20000"/>
          <w:sz w:val="48"/>
        </w:rPr>
        <w:t xml:space="preserve"> de </w:t>
      </w:r>
      <w:proofErr w:type="spellStart"/>
      <w:r w:rsidRPr="004A650A">
        <w:rPr>
          <w:b/>
          <w:color w:val="D20000"/>
          <w:sz w:val="48"/>
        </w:rPr>
        <w:t>libros</w:t>
      </w:r>
      <w:proofErr w:type="spellEnd"/>
      <w:r w:rsidRPr="004A650A">
        <w:rPr>
          <w:b/>
          <w:color w:val="D20000"/>
          <w:sz w:val="48"/>
        </w:rPr>
        <w:t xml:space="preserve"> </w:t>
      </w:r>
      <w:proofErr w:type="spellStart"/>
      <w:r w:rsidRPr="004A650A">
        <w:rPr>
          <w:b/>
          <w:color w:val="D20000"/>
          <w:sz w:val="48"/>
        </w:rPr>
        <w:t>infantiles</w:t>
      </w:r>
      <w:proofErr w:type="spellEnd"/>
      <w:r w:rsidRPr="004A650A">
        <w:rPr>
          <w:b/>
          <w:color w:val="D20000"/>
          <w:sz w:val="48"/>
        </w:rPr>
        <w:t xml:space="preserve"> </w:t>
      </w:r>
      <w:proofErr w:type="spellStart"/>
      <w:r w:rsidRPr="004A650A">
        <w:rPr>
          <w:b/>
          <w:color w:val="D20000"/>
          <w:sz w:val="48"/>
        </w:rPr>
        <w:t>sobre</w:t>
      </w:r>
      <w:proofErr w:type="spellEnd"/>
      <w:r w:rsidRPr="004A650A">
        <w:rPr>
          <w:b/>
          <w:color w:val="D20000"/>
          <w:sz w:val="48"/>
        </w:rPr>
        <w:t xml:space="preserve"> anti-</w:t>
      </w:r>
      <w:proofErr w:type="spellStart"/>
      <w:r w:rsidRPr="004A650A">
        <w:rPr>
          <w:b/>
          <w:color w:val="D20000"/>
          <w:sz w:val="48"/>
        </w:rPr>
        <w:t>sesgo</w:t>
      </w:r>
      <w:proofErr w:type="spellEnd"/>
    </w:p>
    <w:p w:rsidR="00D06ABB" w:rsidRDefault="004A650A">
      <w:pPr>
        <w:jc w:val="center"/>
      </w:pPr>
      <w:proofErr w:type="spellStart"/>
      <w:r>
        <w:rPr>
          <w:b/>
          <w:color w:val="1E1E1E"/>
          <w:sz w:val="40"/>
        </w:rPr>
        <w:t>España</w:t>
      </w:r>
      <w:proofErr w:type="spellEnd"/>
    </w:p>
    <w:p w:rsidR="000208CF" w:rsidRDefault="000208CF">
      <w:pPr>
        <w:jc w:val="center"/>
        <w:rPr>
          <w:i/>
          <w:sz w:val="22"/>
        </w:rPr>
      </w:pPr>
    </w:p>
    <w:p w:rsidR="00D06ABB" w:rsidRDefault="004A650A">
      <w:r w:rsidRPr="004A650A">
        <w:rPr>
          <w:i/>
          <w:sz w:val="22"/>
        </w:rPr>
        <w:t xml:space="preserve">Un </w:t>
      </w:r>
      <w:proofErr w:type="spellStart"/>
      <w:r w:rsidRPr="004A650A">
        <w:rPr>
          <w:i/>
          <w:sz w:val="22"/>
        </w:rPr>
        <w:t>resumen</w:t>
      </w:r>
      <w:proofErr w:type="spellEnd"/>
      <w:r w:rsidRPr="004A650A">
        <w:rPr>
          <w:i/>
          <w:sz w:val="22"/>
        </w:rPr>
        <w:t xml:space="preserve"> </w:t>
      </w:r>
      <w:proofErr w:type="spellStart"/>
      <w:r w:rsidRPr="004A650A">
        <w:rPr>
          <w:i/>
          <w:sz w:val="22"/>
        </w:rPr>
        <w:t>práctico</w:t>
      </w:r>
      <w:proofErr w:type="spellEnd"/>
      <w:r w:rsidRPr="004A650A">
        <w:rPr>
          <w:i/>
          <w:sz w:val="22"/>
        </w:rPr>
        <w:t xml:space="preserve"> de </w:t>
      </w:r>
      <w:proofErr w:type="spellStart"/>
      <w:r w:rsidRPr="004A650A">
        <w:rPr>
          <w:i/>
          <w:sz w:val="22"/>
        </w:rPr>
        <w:t>libros</w:t>
      </w:r>
      <w:proofErr w:type="spellEnd"/>
      <w:r w:rsidRPr="004A650A">
        <w:rPr>
          <w:i/>
          <w:sz w:val="22"/>
        </w:rPr>
        <w:t xml:space="preserve"> </w:t>
      </w:r>
      <w:proofErr w:type="spellStart"/>
      <w:r w:rsidRPr="004A650A">
        <w:rPr>
          <w:i/>
          <w:sz w:val="22"/>
        </w:rPr>
        <w:t>infantiles</w:t>
      </w:r>
      <w:proofErr w:type="spellEnd"/>
      <w:r w:rsidRPr="004A650A">
        <w:rPr>
          <w:i/>
          <w:sz w:val="22"/>
        </w:rPr>
        <w:t xml:space="preserve"> que </w:t>
      </w:r>
      <w:proofErr w:type="spellStart"/>
      <w:r w:rsidRPr="004A650A">
        <w:rPr>
          <w:i/>
          <w:sz w:val="22"/>
        </w:rPr>
        <w:t>abordan</w:t>
      </w:r>
      <w:proofErr w:type="spellEnd"/>
      <w:r w:rsidRPr="004A650A">
        <w:rPr>
          <w:i/>
          <w:sz w:val="22"/>
        </w:rPr>
        <w:t xml:space="preserve"> la </w:t>
      </w:r>
      <w:proofErr w:type="spellStart"/>
      <w:r w:rsidRPr="004A650A">
        <w:rPr>
          <w:i/>
          <w:sz w:val="22"/>
        </w:rPr>
        <w:t>diversidad</w:t>
      </w:r>
      <w:proofErr w:type="spellEnd"/>
      <w:r w:rsidRPr="004A650A">
        <w:rPr>
          <w:i/>
          <w:sz w:val="22"/>
        </w:rPr>
        <w:t xml:space="preserve">, la </w:t>
      </w:r>
      <w:proofErr w:type="spellStart"/>
      <w:r w:rsidRPr="004A650A">
        <w:rPr>
          <w:i/>
          <w:sz w:val="22"/>
        </w:rPr>
        <w:t>inclusión</w:t>
      </w:r>
      <w:proofErr w:type="spellEnd"/>
      <w:r w:rsidRPr="004A650A">
        <w:rPr>
          <w:i/>
          <w:sz w:val="22"/>
        </w:rPr>
        <w:t xml:space="preserve"> y la </w:t>
      </w:r>
      <w:proofErr w:type="spellStart"/>
      <w:r w:rsidRPr="004A650A">
        <w:rPr>
          <w:i/>
          <w:sz w:val="22"/>
        </w:rPr>
        <w:t>educación</w:t>
      </w:r>
      <w:proofErr w:type="spellEnd"/>
      <w:r w:rsidRPr="004A650A">
        <w:rPr>
          <w:i/>
          <w:sz w:val="22"/>
        </w:rPr>
        <w:t xml:space="preserve"> anti-</w:t>
      </w:r>
      <w:proofErr w:type="spellStart"/>
      <w:r w:rsidRPr="004A650A">
        <w:rPr>
          <w:i/>
          <w:sz w:val="22"/>
        </w:rPr>
        <w:t>sesgo</w:t>
      </w:r>
      <w:proofErr w:type="spellEnd"/>
      <w:r w:rsidRPr="004A650A">
        <w:rPr>
          <w:i/>
          <w:sz w:val="22"/>
        </w:rPr>
        <w:t>.</w:t>
      </w:r>
    </w:p>
    <w:p w:rsidR="00D06ABB" w:rsidRDefault="00D06ABB"/>
    <w:p w:rsidR="00D06ABB" w:rsidRDefault="00D06ABB"/>
    <w:p w:rsidR="00D06ABB" w:rsidRDefault="00D06ABB"/>
    <w:p w:rsidR="00D06ABB" w:rsidRDefault="004A650A">
      <w:pPr>
        <w:jc w:val="center"/>
      </w:pPr>
      <w:r>
        <w:rPr>
          <w:noProof/>
          <w:lang w:val="es-ES" w:eastAsia="es-ES"/>
        </w:rPr>
        <w:drawing>
          <wp:inline distT="0" distB="0" distL="0" distR="0">
            <wp:extent cx="1920240" cy="490131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687341b-bbbc-4594-a38d-8a4e16d54ba0.p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920240" cy="4901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650A" w:rsidRDefault="004A650A">
      <w:pPr>
        <w:jc w:val="center"/>
        <w:rPr>
          <w:color w:val="505050"/>
          <w:sz w:val="18"/>
        </w:rPr>
      </w:pPr>
      <w:proofErr w:type="spellStart"/>
      <w:r w:rsidRPr="004A650A">
        <w:rPr>
          <w:color w:val="505050"/>
          <w:sz w:val="18"/>
        </w:rPr>
        <w:t>Cofinanciado</w:t>
      </w:r>
      <w:proofErr w:type="spellEnd"/>
      <w:r w:rsidRPr="004A650A">
        <w:rPr>
          <w:color w:val="505050"/>
          <w:sz w:val="18"/>
        </w:rPr>
        <w:t xml:space="preserve"> </w:t>
      </w:r>
      <w:proofErr w:type="spellStart"/>
      <w:r w:rsidRPr="004A650A">
        <w:rPr>
          <w:color w:val="505050"/>
          <w:sz w:val="18"/>
        </w:rPr>
        <w:t>por</w:t>
      </w:r>
      <w:proofErr w:type="spellEnd"/>
      <w:r w:rsidRPr="004A650A">
        <w:rPr>
          <w:color w:val="505050"/>
          <w:sz w:val="18"/>
        </w:rPr>
        <w:t xml:space="preserve"> la Unión </w:t>
      </w:r>
      <w:proofErr w:type="spellStart"/>
      <w:r w:rsidRPr="004A650A">
        <w:rPr>
          <w:color w:val="505050"/>
          <w:sz w:val="18"/>
        </w:rPr>
        <w:t>Europea</w:t>
      </w:r>
      <w:proofErr w:type="spellEnd"/>
    </w:p>
    <w:p w:rsidR="004A650A" w:rsidRDefault="004A650A">
      <w:pPr>
        <w:jc w:val="center"/>
        <w:rPr>
          <w:color w:val="505050"/>
          <w:sz w:val="18"/>
        </w:rPr>
      </w:pPr>
    </w:p>
    <w:p w:rsidR="00D06ABB" w:rsidRDefault="004A650A" w:rsidP="004A650A">
      <w:pPr>
        <w:jc w:val="center"/>
        <w:sectPr w:rsidR="00D06ABB">
          <w:pgSz w:w="12240" w:h="15840"/>
          <w:pgMar w:top="936" w:right="936" w:bottom="936" w:left="936" w:header="720" w:footer="720" w:gutter="0"/>
          <w:cols w:space="720"/>
          <w:docGrid w:linePitch="360"/>
        </w:sectPr>
      </w:pPr>
      <w:r w:rsidRPr="004A650A">
        <w:rPr>
          <w:color w:val="646464"/>
          <w:sz w:val="16"/>
        </w:rPr>
        <w:t xml:space="preserve">Este </w:t>
      </w:r>
      <w:proofErr w:type="spellStart"/>
      <w:r w:rsidRPr="004A650A">
        <w:rPr>
          <w:color w:val="646464"/>
          <w:sz w:val="16"/>
        </w:rPr>
        <w:t>documento</w:t>
      </w:r>
      <w:proofErr w:type="spellEnd"/>
      <w:r w:rsidRPr="004A650A">
        <w:rPr>
          <w:color w:val="646464"/>
          <w:sz w:val="16"/>
        </w:rPr>
        <w:t xml:space="preserve"> forma parte de </w:t>
      </w:r>
      <w:proofErr w:type="spellStart"/>
      <w:r w:rsidRPr="004A650A">
        <w:rPr>
          <w:color w:val="646464"/>
          <w:sz w:val="16"/>
        </w:rPr>
        <w:t>los</w:t>
      </w:r>
      <w:proofErr w:type="spellEnd"/>
      <w:r w:rsidRPr="004A650A">
        <w:rPr>
          <w:color w:val="646464"/>
          <w:sz w:val="16"/>
        </w:rPr>
        <w:t xml:space="preserve"> </w:t>
      </w:r>
      <w:proofErr w:type="spellStart"/>
      <w:r w:rsidRPr="004A650A">
        <w:rPr>
          <w:color w:val="646464"/>
          <w:sz w:val="16"/>
        </w:rPr>
        <w:t>recursos</w:t>
      </w:r>
      <w:proofErr w:type="spellEnd"/>
      <w:r w:rsidRPr="004A650A">
        <w:rPr>
          <w:color w:val="646464"/>
          <w:sz w:val="16"/>
        </w:rPr>
        <w:t xml:space="preserve"> del </w:t>
      </w:r>
      <w:proofErr w:type="spellStart"/>
      <w:r w:rsidRPr="004A650A">
        <w:rPr>
          <w:color w:val="646464"/>
          <w:sz w:val="16"/>
        </w:rPr>
        <w:t>proyecto</w:t>
      </w:r>
      <w:proofErr w:type="spellEnd"/>
      <w:r w:rsidRPr="004A650A">
        <w:rPr>
          <w:color w:val="646464"/>
          <w:sz w:val="16"/>
        </w:rPr>
        <w:t xml:space="preserve"> ABC4T </w:t>
      </w:r>
      <w:proofErr w:type="spellStart"/>
      <w:r w:rsidRPr="004A650A">
        <w:rPr>
          <w:color w:val="646464"/>
          <w:sz w:val="16"/>
        </w:rPr>
        <w:t>dirigidos</w:t>
      </w:r>
      <w:proofErr w:type="spellEnd"/>
      <w:r w:rsidRPr="004A650A">
        <w:rPr>
          <w:color w:val="646464"/>
          <w:sz w:val="16"/>
        </w:rPr>
        <w:t xml:space="preserve"> a </w:t>
      </w:r>
      <w:proofErr w:type="spellStart"/>
      <w:r w:rsidRPr="004A650A">
        <w:rPr>
          <w:color w:val="646464"/>
          <w:sz w:val="16"/>
        </w:rPr>
        <w:t>educadores</w:t>
      </w:r>
      <w:proofErr w:type="spellEnd"/>
      <w:r w:rsidRPr="004A650A">
        <w:rPr>
          <w:color w:val="646464"/>
          <w:sz w:val="16"/>
        </w:rPr>
        <w:t xml:space="preserve">, </w:t>
      </w:r>
      <w:proofErr w:type="spellStart"/>
      <w:r w:rsidRPr="004A650A">
        <w:rPr>
          <w:color w:val="646464"/>
          <w:sz w:val="16"/>
        </w:rPr>
        <w:t>familias</w:t>
      </w:r>
      <w:proofErr w:type="spellEnd"/>
      <w:r w:rsidRPr="004A650A">
        <w:rPr>
          <w:color w:val="646464"/>
          <w:sz w:val="16"/>
        </w:rPr>
        <w:t xml:space="preserve"> y </w:t>
      </w:r>
      <w:proofErr w:type="spellStart"/>
      <w:r w:rsidRPr="004A650A">
        <w:rPr>
          <w:color w:val="646464"/>
          <w:sz w:val="16"/>
        </w:rPr>
        <w:t>entornos</w:t>
      </w:r>
      <w:proofErr w:type="spellEnd"/>
      <w:r w:rsidRPr="004A650A">
        <w:rPr>
          <w:color w:val="646464"/>
          <w:sz w:val="16"/>
        </w:rPr>
        <w:t xml:space="preserve"> de </w:t>
      </w:r>
      <w:proofErr w:type="spellStart"/>
      <w:r w:rsidRPr="004A650A">
        <w:rPr>
          <w:color w:val="646464"/>
          <w:sz w:val="16"/>
        </w:rPr>
        <w:t>educación</w:t>
      </w:r>
      <w:proofErr w:type="spellEnd"/>
      <w:r w:rsidRPr="004A650A">
        <w:rPr>
          <w:color w:val="646464"/>
          <w:sz w:val="16"/>
        </w:rPr>
        <w:t xml:space="preserve"> </w:t>
      </w:r>
      <w:proofErr w:type="spellStart"/>
      <w:r w:rsidRPr="004A650A">
        <w:rPr>
          <w:color w:val="646464"/>
          <w:sz w:val="16"/>
        </w:rPr>
        <w:t>infantil</w:t>
      </w:r>
      <w:proofErr w:type="spellEnd"/>
      <w:r w:rsidRPr="004A650A">
        <w:rPr>
          <w:color w:val="646464"/>
          <w:sz w:val="16"/>
        </w:rPr>
        <w:t>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7697"/>
        <w:gridCol w:w="7697"/>
      </w:tblGrid>
      <w:tr w:rsidR="00D06ABB">
        <w:tc>
          <w:tcPr>
            <w:tcW w:w="7697" w:type="dxa"/>
            <w:vAlign w:val="center"/>
          </w:tcPr>
          <w:p w:rsidR="00D06ABB" w:rsidRDefault="004A650A">
            <w:r>
              <w:rPr>
                <w:noProof/>
                <w:lang w:val="es-ES" w:eastAsia="es-ES"/>
              </w:rPr>
              <w:lastRenderedPageBreak/>
              <w:drawing>
                <wp:inline distT="0" distB="0" distL="0" distR="0">
                  <wp:extent cx="1737360" cy="708438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ogo2.jpg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7360" cy="7084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97" w:type="dxa"/>
            <w:vAlign w:val="center"/>
          </w:tcPr>
          <w:p w:rsidR="00D06ABB" w:rsidRDefault="004A650A">
            <w:pPr>
              <w:jc w:val="right"/>
            </w:pPr>
            <w:bookmarkStart w:id="0" w:name="_GoBack"/>
            <w:bookmarkEnd w:id="0"/>
            <w:proofErr w:type="spellStart"/>
            <w:r>
              <w:rPr>
                <w:b/>
                <w:color w:val="D20000"/>
                <w:sz w:val="32"/>
              </w:rPr>
              <w:t>Libros</w:t>
            </w:r>
            <w:proofErr w:type="spellEnd"/>
            <w:r>
              <w:rPr>
                <w:b/>
                <w:color w:val="D20000"/>
                <w:sz w:val="32"/>
              </w:rPr>
              <w:t xml:space="preserve"> </w:t>
            </w:r>
            <w:proofErr w:type="spellStart"/>
            <w:r>
              <w:rPr>
                <w:b/>
                <w:color w:val="D20000"/>
                <w:sz w:val="32"/>
              </w:rPr>
              <w:t>infantiles</w:t>
            </w:r>
            <w:proofErr w:type="spellEnd"/>
            <w:r>
              <w:rPr>
                <w:b/>
                <w:color w:val="D20000"/>
                <w:sz w:val="32"/>
              </w:rPr>
              <w:t xml:space="preserve"> - </w:t>
            </w:r>
            <w:proofErr w:type="spellStart"/>
            <w:r>
              <w:rPr>
                <w:b/>
                <w:color w:val="D20000"/>
                <w:sz w:val="32"/>
              </w:rPr>
              <w:t>España</w:t>
            </w:r>
            <w:proofErr w:type="spellEnd"/>
          </w:p>
        </w:tc>
      </w:tr>
    </w:tbl>
    <w:p w:rsidR="00D06ABB" w:rsidRDefault="00D06ABB">
      <w:pPr>
        <w:spacing w:after="120"/>
      </w:pPr>
    </w:p>
    <w:p w:rsidR="00D06ABB" w:rsidRDefault="00D06ABB"/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3600"/>
        <w:gridCol w:w="2880"/>
        <w:gridCol w:w="1440"/>
        <w:gridCol w:w="3036"/>
      </w:tblGrid>
      <w:tr w:rsidR="004C1D7F" w:rsidRPr="00C5673C" w:rsidTr="00582D67">
        <w:trPr>
          <w:jc w:val="center"/>
        </w:trPr>
        <w:tc>
          <w:tcPr>
            <w:tcW w:w="3600" w:type="dxa"/>
            <w:shd w:val="clear" w:color="auto" w:fill="D00000"/>
            <w:vAlign w:val="center"/>
          </w:tcPr>
          <w:p w:rsidR="00C5673C" w:rsidRPr="00C5673C" w:rsidRDefault="004A650A" w:rsidP="00E6612F">
            <w:pPr>
              <w:rPr>
                <w:b/>
                <w:color w:val="FFFFFF" w:themeColor="background1"/>
              </w:rPr>
            </w:pPr>
            <w:proofErr w:type="spellStart"/>
            <w:r>
              <w:rPr>
                <w:rFonts w:ascii="Aptos" w:hAnsi="Aptos"/>
                <w:b/>
                <w:color w:val="FFFFFF" w:themeColor="background1"/>
              </w:rPr>
              <w:t>Título</w:t>
            </w:r>
            <w:proofErr w:type="spellEnd"/>
          </w:p>
        </w:tc>
        <w:tc>
          <w:tcPr>
            <w:tcW w:w="2880" w:type="dxa"/>
            <w:shd w:val="clear" w:color="auto" w:fill="D00000"/>
            <w:vAlign w:val="center"/>
          </w:tcPr>
          <w:p w:rsidR="00C5673C" w:rsidRPr="00C5673C" w:rsidRDefault="004A650A" w:rsidP="00E6612F">
            <w:pPr>
              <w:rPr>
                <w:b/>
                <w:color w:val="FFFFFF" w:themeColor="background1"/>
              </w:rPr>
            </w:pPr>
            <w:proofErr w:type="spellStart"/>
            <w:r>
              <w:rPr>
                <w:rFonts w:ascii="Aptos" w:hAnsi="Aptos"/>
                <w:b/>
                <w:color w:val="FFFFFF" w:themeColor="background1"/>
              </w:rPr>
              <w:t>Autor</w:t>
            </w:r>
            <w:proofErr w:type="spellEnd"/>
            <w:r>
              <w:rPr>
                <w:rFonts w:ascii="Aptos" w:hAnsi="Aptos"/>
                <w:b/>
                <w:color w:val="FFFFFF" w:themeColor="background1"/>
              </w:rPr>
              <w:t>(</w:t>
            </w:r>
            <w:proofErr w:type="spellStart"/>
            <w:r>
              <w:rPr>
                <w:rFonts w:ascii="Aptos" w:hAnsi="Aptos"/>
                <w:b/>
                <w:color w:val="FFFFFF" w:themeColor="background1"/>
              </w:rPr>
              <w:t>es</w:t>
            </w:r>
            <w:proofErr w:type="spellEnd"/>
            <w:r>
              <w:rPr>
                <w:rFonts w:ascii="Aptos" w:hAnsi="Aptos"/>
                <w:b/>
                <w:color w:val="FFFFFF" w:themeColor="background1"/>
              </w:rPr>
              <w:t>)</w:t>
            </w:r>
          </w:p>
        </w:tc>
        <w:tc>
          <w:tcPr>
            <w:tcW w:w="1440" w:type="dxa"/>
            <w:shd w:val="clear" w:color="auto" w:fill="D00000"/>
            <w:vAlign w:val="center"/>
          </w:tcPr>
          <w:p w:rsidR="00C5673C" w:rsidRPr="00C5673C" w:rsidRDefault="004A650A" w:rsidP="00E6612F">
            <w:pPr>
              <w:rPr>
                <w:b/>
                <w:color w:val="FFFFFF" w:themeColor="background1"/>
              </w:rPr>
            </w:pPr>
            <w:proofErr w:type="spellStart"/>
            <w:r>
              <w:rPr>
                <w:rFonts w:ascii="Aptos" w:hAnsi="Aptos"/>
                <w:b/>
                <w:color w:val="FFFFFF" w:themeColor="background1"/>
              </w:rPr>
              <w:t>Fecha</w:t>
            </w:r>
            <w:proofErr w:type="spellEnd"/>
          </w:p>
        </w:tc>
        <w:tc>
          <w:tcPr>
            <w:tcW w:w="2976" w:type="dxa"/>
            <w:shd w:val="clear" w:color="auto" w:fill="D00000"/>
            <w:vAlign w:val="center"/>
          </w:tcPr>
          <w:p w:rsidR="00C5673C" w:rsidRPr="00C5673C" w:rsidRDefault="004A650A" w:rsidP="00E6612F">
            <w:pPr>
              <w:rPr>
                <w:b/>
                <w:color w:val="FFFFFF" w:themeColor="background1"/>
              </w:rPr>
            </w:pPr>
            <w:proofErr w:type="spellStart"/>
            <w:r>
              <w:rPr>
                <w:rFonts w:ascii="Aptos" w:hAnsi="Aptos"/>
                <w:b/>
                <w:color w:val="FFFFFF" w:themeColor="background1"/>
              </w:rPr>
              <w:t>Libro</w:t>
            </w:r>
            <w:proofErr w:type="spellEnd"/>
          </w:p>
        </w:tc>
      </w:tr>
      <w:tr w:rsidR="004C1D7F" w:rsidTr="00221BAB">
        <w:trPr>
          <w:jc w:val="center"/>
        </w:trPr>
        <w:tc>
          <w:tcPr>
            <w:tcW w:w="3600" w:type="dxa"/>
          </w:tcPr>
          <w:p w:rsidR="00582D67" w:rsidRDefault="00582D67" w:rsidP="00582D67">
            <w:pPr>
              <w:spacing w:line="360" w:lineRule="auto"/>
            </w:pPr>
            <w:r>
              <w:t xml:space="preserve">Ni </w:t>
            </w:r>
            <w:proofErr w:type="spellStart"/>
            <w:r>
              <w:t>guau</w:t>
            </w:r>
            <w:proofErr w:type="spellEnd"/>
            <w:r>
              <w:t xml:space="preserve"> </w:t>
            </w:r>
            <w:proofErr w:type="spellStart"/>
            <w:r>
              <w:t>ni</w:t>
            </w:r>
            <w:proofErr w:type="spellEnd"/>
            <w:r>
              <w:t xml:space="preserve"> </w:t>
            </w:r>
            <w:proofErr w:type="spellStart"/>
            <w:r>
              <w:t>miau</w:t>
            </w:r>
            <w:proofErr w:type="spellEnd"/>
          </w:p>
        </w:tc>
        <w:tc>
          <w:tcPr>
            <w:tcW w:w="2880" w:type="dxa"/>
          </w:tcPr>
          <w:p w:rsidR="00582D67" w:rsidRDefault="00582D67" w:rsidP="00582D67">
            <w:pPr>
              <w:spacing w:line="360" w:lineRule="auto"/>
            </w:pPr>
            <w:r>
              <w:t xml:space="preserve">Blanca </w:t>
            </w:r>
            <w:proofErr w:type="spellStart"/>
            <w:r>
              <w:t>Lacasa</w:t>
            </w:r>
            <w:proofErr w:type="spellEnd"/>
          </w:p>
        </w:tc>
        <w:tc>
          <w:tcPr>
            <w:tcW w:w="1440" w:type="dxa"/>
          </w:tcPr>
          <w:p w:rsidR="00582D67" w:rsidRDefault="00582D67" w:rsidP="00582D67">
            <w:pPr>
              <w:spacing w:line="360" w:lineRule="auto"/>
            </w:pPr>
            <w:r>
              <w:t>2020</w:t>
            </w:r>
          </w:p>
        </w:tc>
        <w:tc>
          <w:tcPr>
            <w:tcW w:w="2976" w:type="dxa"/>
            <w:vAlign w:val="center"/>
          </w:tcPr>
          <w:p w:rsidR="00582D67" w:rsidRDefault="00582D67" w:rsidP="00582D67">
            <w:r w:rsidRPr="00582D67">
              <w:rPr>
                <w:noProof/>
                <w:lang w:val="es-ES" w:eastAsia="es-ES"/>
              </w:rPr>
              <w:drawing>
                <wp:inline distT="0" distB="0" distL="0" distR="0" wp14:anchorId="3CCF39C0" wp14:editId="74E7625F">
                  <wp:extent cx="1207770" cy="1690009"/>
                  <wp:effectExtent l="0" t="0" r="0" b="5715"/>
                  <wp:docPr id="46" name="Imagen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1321" cy="17089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C1D7F" w:rsidTr="00221BAB">
        <w:trPr>
          <w:jc w:val="center"/>
        </w:trPr>
        <w:tc>
          <w:tcPr>
            <w:tcW w:w="3600" w:type="dxa"/>
          </w:tcPr>
          <w:p w:rsidR="00582D67" w:rsidRDefault="00582D67" w:rsidP="00582D67">
            <w:pPr>
              <w:spacing w:line="360" w:lineRule="auto"/>
            </w:pPr>
            <w:proofErr w:type="spellStart"/>
            <w:r>
              <w:t>Orejas</w:t>
            </w:r>
            <w:proofErr w:type="spellEnd"/>
            <w:r>
              <w:t xml:space="preserve"> de mariposa</w:t>
            </w:r>
          </w:p>
        </w:tc>
        <w:tc>
          <w:tcPr>
            <w:tcW w:w="2880" w:type="dxa"/>
          </w:tcPr>
          <w:p w:rsidR="00582D67" w:rsidRDefault="00582D67" w:rsidP="00582D67">
            <w:pPr>
              <w:spacing w:line="360" w:lineRule="auto"/>
            </w:pPr>
            <w:r>
              <w:t>Luisa Aguilar</w:t>
            </w:r>
          </w:p>
        </w:tc>
        <w:tc>
          <w:tcPr>
            <w:tcW w:w="1440" w:type="dxa"/>
          </w:tcPr>
          <w:p w:rsidR="00582D67" w:rsidRDefault="00582D67" w:rsidP="00582D67">
            <w:pPr>
              <w:spacing w:line="360" w:lineRule="auto"/>
            </w:pPr>
            <w:r>
              <w:t>2008</w:t>
            </w:r>
          </w:p>
        </w:tc>
        <w:tc>
          <w:tcPr>
            <w:tcW w:w="2976" w:type="dxa"/>
            <w:vAlign w:val="center"/>
          </w:tcPr>
          <w:p w:rsidR="00582D67" w:rsidRDefault="00582D67" w:rsidP="00582D67">
            <w:r w:rsidRPr="00582D67">
              <w:drawing>
                <wp:inline distT="0" distB="0" distL="0" distR="0" wp14:anchorId="6BB5DEBB" wp14:editId="3B2E8E77">
                  <wp:extent cx="1389888" cy="1463039"/>
                  <wp:effectExtent l="0" t="0" r="1270" b="4445"/>
                  <wp:docPr id="48" name="Imagen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8492" cy="14826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C1D7F" w:rsidTr="00221BAB">
        <w:trPr>
          <w:jc w:val="center"/>
        </w:trPr>
        <w:tc>
          <w:tcPr>
            <w:tcW w:w="3600" w:type="dxa"/>
          </w:tcPr>
          <w:p w:rsidR="00582D67" w:rsidRDefault="00582D67" w:rsidP="00582D67">
            <w:pPr>
              <w:spacing w:line="360" w:lineRule="auto"/>
            </w:pPr>
            <w:r>
              <w:t>Elmer</w:t>
            </w:r>
          </w:p>
        </w:tc>
        <w:tc>
          <w:tcPr>
            <w:tcW w:w="2880" w:type="dxa"/>
          </w:tcPr>
          <w:p w:rsidR="00582D67" w:rsidRDefault="00582D67" w:rsidP="00582D67">
            <w:pPr>
              <w:spacing w:line="360" w:lineRule="auto"/>
            </w:pPr>
            <w:r>
              <w:t>David McKee</w:t>
            </w:r>
          </w:p>
        </w:tc>
        <w:tc>
          <w:tcPr>
            <w:tcW w:w="1440" w:type="dxa"/>
          </w:tcPr>
          <w:p w:rsidR="00582D67" w:rsidRDefault="00582D67" w:rsidP="00582D67">
            <w:pPr>
              <w:spacing w:line="360" w:lineRule="auto"/>
            </w:pPr>
            <w:r>
              <w:t>1989</w:t>
            </w:r>
          </w:p>
        </w:tc>
        <w:tc>
          <w:tcPr>
            <w:tcW w:w="2976" w:type="dxa"/>
            <w:vAlign w:val="center"/>
          </w:tcPr>
          <w:p w:rsidR="00582D67" w:rsidRDefault="00582D67" w:rsidP="00582D67">
            <w:r w:rsidRPr="00582D67">
              <w:drawing>
                <wp:inline distT="0" distB="0" distL="0" distR="0" wp14:anchorId="041C3FAE" wp14:editId="4AC39E86">
                  <wp:extent cx="1037623" cy="1203960"/>
                  <wp:effectExtent l="0" t="0" r="0" b="0"/>
                  <wp:docPr id="50" name="Imagen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7121" cy="12149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C1D7F" w:rsidTr="00221BAB">
        <w:trPr>
          <w:jc w:val="center"/>
        </w:trPr>
        <w:tc>
          <w:tcPr>
            <w:tcW w:w="3600" w:type="dxa"/>
          </w:tcPr>
          <w:p w:rsidR="00582D67" w:rsidRDefault="00582D67" w:rsidP="00582D67">
            <w:pPr>
              <w:spacing w:line="360" w:lineRule="auto"/>
            </w:pPr>
            <w:r>
              <w:t>Soy Jazz</w:t>
            </w:r>
          </w:p>
        </w:tc>
        <w:tc>
          <w:tcPr>
            <w:tcW w:w="2880" w:type="dxa"/>
          </w:tcPr>
          <w:p w:rsidR="00582D67" w:rsidRDefault="00582D67" w:rsidP="00582D67">
            <w:pPr>
              <w:spacing w:line="360" w:lineRule="auto"/>
            </w:pPr>
            <w:r>
              <w:t xml:space="preserve">Jessica </w:t>
            </w:r>
            <w:proofErr w:type="spellStart"/>
            <w:r>
              <w:t>Herthel</w:t>
            </w:r>
            <w:proofErr w:type="spellEnd"/>
            <w:r>
              <w:t xml:space="preserve"> &amp; Jazz Jennings</w:t>
            </w:r>
          </w:p>
        </w:tc>
        <w:tc>
          <w:tcPr>
            <w:tcW w:w="1440" w:type="dxa"/>
          </w:tcPr>
          <w:p w:rsidR="00582D67" w:rsidRDefault="00582D67" w:rsidP="00582D67">
            <w:pPr>
              <w:spacing w:line="360" w:lineRule="auto"/>
            </w:pPr>
            <w:r>
              <w:t>2014</w:t>
            </w:r>
          </w:p>
        </w:tc>
        <w:tc>
          <w:tcPr>
            <w:tcW w:w="2976" w:type="dxa"/>
            <w:vAlign w:val="center"/>
          </w:tcPr>
          <w:p w:rsidR="00582D67" w:rsidRDefault="00582D67" w:rsidP="00582D67">
            <w:r w:rsidRPr="00582D67">
              <w:drawing>
                <wp:inline distT="0" distB="0" distL="0" distR="0" wp14:anchorId="4DA549E1" wp14:editId="5910165A">
                  <wp:extent cx="1318260" cy="1118524"/>
                  <wp:effectExtent l="0" t="0" r="0" b="5715"/>
                  <wp:docPr id="52" name="Imagen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3627" cy="11315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C1D7F" w:rsidTr="00221BAB">
        <w:trPr>
          <w:jc w:val="center"/>
        </w:trPr>
        <w:tc>
          <w:tcPr>
            <w:tcW w:w="3600" w:type="dxa"/>
          </w:tcPr>
          <w:p w:rsidR="00582D67" w:rsidRDefault="00582D67" w:rsidP="00582D67">
            <w:pPr>
              <w:spacing w:line="360" w:lineRule="auto"/>
            </w:pPr>
            <w:proofErr w:type="spellStart"/>
            <w:r>
              <w:t>Aitor</w:t>
            </w:r>
            <w:proofErr w:type="spellEnd"/>
            <w:r>
              <w:t xml:space="preserve"> </w:t>
            </w:r>
            <w:proofErr w:type="spellStart"/>
            <w:r>
              <w:t>tiene</w:t>
            </w:r>
            <w:proofErr w:type="spellEnd"/>
            <w:r>
              <w:t xml:space="preserve"> dos </w:t>
            </w:r>
            <w:proofErr w:type="spellStart"/>
            <w:r>
              <w:t>mamás</w:t>
            </w:r>
            <w:proofErr w:type="spellEnd"/>
          </w:p>
        </w:tc>
        <w:tc>
          <w:tcPr>
            <w:tcW w:w="2880" w:type="dxa"/>
          </w:tcPr>
          <w:p w:rsidR="00582D67" w:rsidRDefault="00582D67" w:rsidP="00582D67">
            <w:pPr>
              <w:spacing w:line="360" w:lineRule="auto"/>
            </w:pPr>
            <w:r>
              <w:t xml:space="preserve">María José </w:t>
            </w:r>
            <w:proofErr w:type="spellStart"/>
            <w:r>
              <w:t>Mendieta</w:t>
            </w:r>
            <w:proofErr w:type="spellEnd"/>
          </w:p>
        </w:tc>
        <w:tc>
          <w:tcPr>
            <w:tcW w:w="1440" w:type="dxa"/>
          </w:tcPr>
          <w:p w:rsidR="00582D67" w:rsidRDefault="00582D67" w:rsidP="00582D67">
            <w:pPr>
              <w:spacing w:line="360" w:lineRule="auto"/>
            </w:pPr>
            <w:r>
              <w:t>2006</w:t>
            </w:r>
          </w:p>
        </w:tc>
        <w:tc>
          <w:tcPr>
            <w:tcW w:w="2976" w:type="dxa"/>
            <w:vAlign w:val="center"/>
          </w:tcPr>
          <w:p w:rsidR="00582D67" w:rsidRDefault="00582D67" w:rsidP="00582D67">
            <w:r>
              <w:rPr>
                <w:noProof/>
                <w:lang w:val="es-ES" w:eastAsia="es-ES"/>
              </w:rPr>
              <w:drawing>
                <wp:inline distT="0" distB="0" distL="0" distR="0" wp14:anchorId="59365DD3" wp14:editId="15BA4D68">
                  <wp:extent cx="1159834" cy="1634490"/>
                  <wp:effectExtent l="0" t="0" r="2540" b="3810"/>
                  <wp:docPr id="53" name="Imagen 53" descr="Aitor Tiene Dos Mamas/ Aitor Has Two Moms (Spanish Edition) by Jose Mendieta  (2006-02-28) : Amazon.es: Libro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3" descr="Aitor Tiene Dos Mamas/ Aitor Has Two Moms (Spanish Edition) by Jose Mendieta  (2006-02-28) : Amazon.es: Libro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1148" cy="16504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C1D7F" w:rsidTr="00221BAB">
        <w:trPr>
          <w:jc w:val="center"/>
        </w:trPr>
        <w:tc>
          <w:tcPr>
            <w:tcW w:w="3600" w:type="dxa"/>
          </w:tcPr>
          <w:p w:rsidR="00582D67" w:rsidRDefault="00582D67" w:rsidP="00582D67">
            <w:pPr>
              <w:spacing w:line="360" w:lineRule="auto"/>
            </w:pPr>
            <w:r>
              <w:t xml:space="preserve">¿Hay </w:t>
            </w:r>
            <w:proofErr w:type="spellStart"/>
            <w:r>
              <w:t>algo</w:t>
            </w:r>
            <w:proofErr w:type="spellEnd"/>
            <w:r>
              <w:t xml:space="preserve"> </w:t>
            </w:r>
            <w:proofErr w:type="spellStart"/>
            <w:r>
              <w:t>más</w:t>
            </w:r>
            <w:proofErr w:type="spellEnd"/>
            <w:r>
              <w:t xml:space="preserve"> </w:t>
            </w:r>
            <w:proofErr w:type="spellStart"/>
            <w:r>
              <w:t>aburrido</w:t>
            </w:r>
            <w:proofErr w:type="spellEnd"/>
            <w:r>
              <w:t xml:space="preserve"> que </w:t>
            </w:r>
            <w:proofErr w:type="spellStart"/>
            <w:r>
              <w:t>ser</w:t>
            </w:r>
            <w:proofErr w:type="spellEnd"/>
            <w:r>
              <w:t xml:space="preserve"> </w:t>
            </w:r>
            <w:proofErr w:type="spellStart"/>
            <w:r>
              <w:t>una</w:t>
            </w:r>
            <w:proofErr w:type="spellEnd"/>
            <w:r>
              <w:t xml:space="preserve"> </w:t>
            </w:r>
            <w:proofErr w:type="spellStart"/>
            <w:r>
              <w:t>princesa</w:t>
            </w:r>
            <w:proofErr w:type="spellEnd"/>
            <w:r>
              <w:t xml:space="preserve"> </w:t>
            </w:r>
            <w:proofErr w:type="spellStart"/>
            <w:r>
              <w:t>rosa</w:t>
            </w:r>
            <w:proofErr w:type="spellEnd"/>
            <w:r>
              <w:t>?</w:t>
            </w:r>
          </w:p>
        </w:tc>
        <w:tc>
          <w:tcPr>
            <w:tcW w:w="2880" w:type="dxa"/>
          </w:tcPr>
          <w:p w:rsidR="00582D67" w:rsidRDefault="00582D67" w:rsidP="00582D67">
            <w:pPr>
              <w:spacing w:line="360" w:lineRule="auto"/>
            </w:pPr>
            <w:r>
              <w:t xml:space="preserve">Raquel </w:t>
            </w:r>
            <w:proofErr w:type="spellStart"/>
            <w:r>
              <w:t>Díaz</w:t>
            </w:r>
            <w:proofErr w:type="spellEnd"/>
            <w:r>
              <w:t xml:space="preserve"> </w:t>
            </w:r>
            <w:proofErr w:type="spellStart"/>
            <w:r>
              <w:t>Reguera</w:t>
            </w:r>
            <w:proofErr w:type="spellEnd"/>
          </w:p>
        </w:tc>
        <w:tc>
          <w:tcPr>
            <w:tcW w:w="1440" w:type="dxa"/>
          </w:tcPr>
          <w:p w:rsidR="00582D67" w:rsidRDefault="00582D67" w:rsidP="00582D67">
            <w:pPr>
              <w:spacing w:line="360" w:lineRule="auto"/>
            </w:pPr>
            <w:r>
              <w:t>2010</w:t>
            </w:r>
          </w:p>
        </w:tc>
        <w:tc>
          <w:tcPr>
            <w:tcW w:w="2976" w:type="dxa"/>
            <w:vAlign w:val="center"/>
          </w:tcPr>
          <w:p w:rsidR="00582D67" w:rsidRDefault="00582D67" w:rsidP="00582D67"/>
          <w:p w:rsidR="00582D67" w:rsidRDefault="00582D67" w:rsidP="00582D67">
            <w:r>
              <w:rPr>
                <w:noProof/>
                <w:lang w:val="es-ES" w:eastAsia="es-ES"/>
              </w:rPr>
              <w:drawing>
                <wp:inline distT="0" distB="0" distL="0" distR="0" wp14:anchorId="27385BE2" wp14:editId="3829C36B">
                  <wp:extent cx="1486535" cy="1485347"/>
                  <wp:effectExtent l="0" t="0" r="0" b="635"/>
                  <wp:docPr id="54" name="Imagen 54" descr="Hay algo más aburrido que ser una princesa rosa (Trampantojo) : Díaz  Reguera, Raquel, Díaz Reguera, Raquel: Amazon.es: Libro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5" descr="Hay algo más aburrido que ser una princesa rosa (Trampantojo) : Díaz  Reguera, Raquel, Díaz Reguera, Raquel: Amazon.es: Libro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9155" cy="15179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C1D7F" w:rsidTr="00221BAB">
        <w:trPr>
          <w:jc w:val="center"/>
        </w:trPr>
        <w:tc>
          <w:tcPr>
            <w:tcW w:w="3600" w:type="dxa"/>
          </w:tcPr>
          <w:p w:rsidR="00582D67" w:rsidRDefault="00582D67" w:rsidP="00582D67">
            <w:pPr>
              <w:spacing w:line="360" w:lineRule="auto"/>
            </w:pPr>
            <w:proofErr w:type="spellStart"/>
            <w:r>
              <w:t>Yo</w:t>
            </w:r>
            <w:proofErr w:type="spellEnd"/>
            <w:r>
              <w:t xml:space="preserve"> </w:t>
            </w:r>
            <w:proofErr w:type="spellStart"/>
            <w:r>
              <w:t>voy</w:t>
            </w:r>
            <w:proofErr w:type="spellEnd"/>
            <w:r>
              <w:t xml:space="preserve"> </w:t>
            </w:r>
            <w:proofErr w:type="spellStart"/>
            <w:r>
              <w:t>conmigo</w:t>
            </w:r>
            <w:proofErr w:type="spellEnd"/>
          </w:p>
        </w:tc>
        <w:tc>
          <w:tcPr>
            <w:tcW w:w="2880" w:type="dxa"/>
          </w:tcPr>
          <w:p w:rsidR="00582D67" w:rsidRDefault="00582D67" w:rsidP="00582D67">
            <w:pPr>
              <w:spacing w:line="360" w:lineRule="auto"/>
            </w:pPr>
            <w:r>
              <w:t xml:space="preserve">Raquel </w:t>
            </w:r>
            <w:proofErr w:type="spellStart"/>
            <w:r>
              <w:t>Díaz</w:t>
            </w:r>
            <w:proofErr w:type="spellEnd"/>
            <w:r>
              <w:t xml:space="preserve"> </w:t>
            </w:r>
            <w:proofErr w:type="spellStart"/>
            <w:r>
              <w:t>Reguera</w:t>
            </w:r>
            <w:proofErr w:type="spellEnd"/>
          </w:p>
        </w:tc>
        <w:tc>
          <w:tcPr>
            <w:tcW w:w="1440" w:type="dxa"/>
          </w:tcPr>
          <w:p w:rsidR="00582D67" w:rsidRDefault="00582D67" w:rsidP="00582D67">
            <w:pPr>
              <w:spacing w:line="360" w:lineRule="auto"/>
            </w:pPr>
            <w:r>
              <w:t>2015</w:t>
            </w:r>
          </w:p>
        </w:tc>
        <w:tc>
          <w:tcPr>
            <w:tcW w:w="2976" w:type="dxa"/>
            <w:vAlign w:val="center"/>
          </w:tcPr>
          <w:p w:rsidR="00582D67" w:rsidRDefault="00582D67" w:rsidP="00582D67">
            <w:r>
              <w:rPr>
                <w:noProof/>
                <w:lang w:val="es-ES" w:eastAsia="es-ES"/>
              </w:rPr>
              <w:drawing>
                <wp:inline distT="0" distB="0" distL="0" distR="0" wp14:anchorId="353AC34D" wp14:editId="2A633C3D">
                  <wp:extent cx="1157275" cy="1713974"/>
                  <wp:effectExtent l="0" t="0" r="5080" b="635"/>
                  <wp:docPr id="55" name="Imagen 55" descr="Yo Voy Conmigo (Trampantojo) : Díaz Reguera, Raquel, Díaz Reguera, Raquel:  Amazon.es: Libro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7" descr="Yo Voy Conmigo (Trampantojo) : Díaz Reguera, Raquel, Díaz Reguera, Raquel:  Amazon.es: Libro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2222" cy="17361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C1D7F" w:rsidTr="00221BAB">
        <w:trPr>
          <w:jc w:val="center"/>
        </w:trPr>
        <w:tc>
          <w:tcPr>
            <w:tcW w:w="3600" w:type="dxa"/>
          </w:tcPr>
          <w:p w:rsidR="00582D67" w:rsidRDefault="00582D67" w:rsidP="00582D67">
            <w:pPr>
              <w:spacing w:line="360" w:lineRule="auto"/>
            </w:pPr>
            <w:proofErr w:type="spellStart"/>
            <w:r>
              <w:t>Todos</w:t>
            </w:r>
            <w:proofErr w:type="spellEnd"/>
            <w:r>
              <w:t xml:space="preserve"> </w:t>
            </w:r>
            <w:proofErr w:type="spellStart"/>
            <w:r>
              <w:t>sois</w:t>
            </w:r>
            <w:proofErr w:type="spellEnd"/>
            <w:r>
              <w:t xml:space="preserve"> </w:t>
            </w:r>
            <w:proofErr w:type="spellStart"/>
            <w:r>
              <w:t>mis</w:t>
            </w:r>
            <w:proofErr w:type="spellEnd"/>
            <w:r>
              <w:t xml:space="preserve"> </w:t>
            </w:r>
            <w:proofErr w:type="spellStart"/>
            <w:r>
              <w:t>favoritos</w:t>
            </w:r>
            <w:proofErr w:type="spellEnd"/>
          </w:p>
        </w:tc>
        <w:tc>
          <w:tcPr>
            <w:tcW w:w="2880" w:type="dxa"/>
          </w:tcPr>
          <w:p w:rsidR="00582D67" w:rsidRDefault="00582D67" w:rsidP="00582D67">
            <w:pPr>
              <w:spacing w:line="360" w:lineRule="auto"/>
            </w:pPr>
            <w:r>
              <w:t xml:space="preserve">Sam </w:t>
            </w:r>
            <w:proofErr w:type="spellStart"/>
            <w:r>
              <w:t>McBratney</w:t>
            </w:r>
            <w:proofErr w:type="spellEnd"/>
          </w:p>
        </w:tc>
        <w:tc>
          <w:tcPr>
            <w:tcW w:w="1440" w:type="dxa"/>
          </w:tcPr>
          <w:p w:rsidR="00582D67" w:rsidRDefault="00582D67" w:rsidP="00582D67">
            <w:pPr>
              <w:spacing w:line="360" w:lineRule="auto"/>
            </w:pPr>
            <w:r>
              <w:t>2004</w:t>
            </w:r>
          </w:p>
        </w:tc>
        <w:tc>
          <w:tcPr>
            <w:tcW w:w="2976" w:type="dxa"/>
            <w:vAlign w:val="center"/>
          </w:tcPr>
          <w:p w:rsidR="00582D67" w:rsidRDefault="00582D67" w:rsidP="00582D67">
            <w:r>
              <w:rPr>
                <w:noProof/>
                <w:lang w:val="es-ES" w:eastAsia="es-ES"/>
              </w:rPr>
              <w:drawing>
                <wp:inline distT="0" distB="0" distL="0" distR="0" wp14:anchorId="3C0AACC7" wp14:editId="0093261D">
                  <wp:extent cx="1399476" cy="1295355"/>
                  <wp:effectExtent l="0" t="0" r="0" b="635"/>
                  <wp:docPr id="56" name="Imagen 56" descr="Todos Son Mis Favoritos : McBratney, Sam, Rubio, Esther, Mlawer, Teresa,  Jeram, Anita: Amazon.es: Libro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9" descr="Todos Son Mis Favoritos : McBratney, Sam, Rubio, Esther, Mlawer, Teresa,  Jeram, Anita: Amazon.es: Libro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0982" cy="13337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C1D7F" w:rsidTr="00221BAB">
        <w:trPr>
          <w:jc w:val="center"/>
        </w:trPr>
        <w:tc>
          <w:tcPr>
            <w:tcW w:w="3600" w:type="dxa"/>
          </w:tcPr>
          <w:p w:rsidR="00582D67" w:rsidRDefault="00582D67" w:rsidP="00582D67">
            <w:pPr>
              <w:spacing w:line="360" w:lineRule="auto"/>
            </w:pPr>
            <w:r>
              <w:t xml:space="preserve">El </w:t>
            </w:r>
            <w:proofErr w:type="spellStart"/>
            <w:r>
              <w:t>cazo</w:t>
            </w:r>
            <w:proofErr w:type="spellEnd"/>
            <w:r>
              <w:t xml:space="preserve"> de Lorenzo</w:t>
            </w:r>
          </w:p>
        </w:tc>
        <w:tc>
          <w:tcPr>
            <w:tcW w:w="2880" w:type="dxa"/>
          </w:tcPr>
          <w:p w:rsidR="00582D67" w:rsidRDefault="00582D67" w:rsidP="00582D67">
            <w:pPr>
              <w:spacing w:line="360" w:lineRule="auto"/>
            </w:pPr>
            <w:r>
              <w:t>Isabelle Carrier</w:t>
            </w:r>
          </w:p>
        </w:tc>
        <w:tc>
          <w:tcPr>
            <w:tcW w:w="1440" w:type="dxa"/>
          </w:tcPr>
          <w:p w:rsidR="00582D67" w:rsidRDefault="00582D67" w:rsidP="00582D67">
            <w:pPr>
              <w:spacing w:line="360" w:lineRule="auto"/>
            </w:pPr>
            <w:r>
              <w:t>2009</w:t>
            </w:r>
          </w:p>
        </w:tc>
        <w:tc>
          <w:tcPr>
            <w:tcW w:w="2976" w:type="dxa"/>
            <w:vAlign w:val="center"/>
          </w:tcPr>
          <w:p w:rsidR="00582D67" w:rsidRDefault="00582D67" w:rsidP="00582D67">
            <w:r>
              <w:rPr>
                <w:noProof/>
                <w:lang w:val="es-ES" w:eastAsia="es-ES"/>
              </w:rPr>
              <w:drawing>
                <wp:inline distT="0" distB="0" distL="0" distR="0" wp14:anchorId="2829D584" wp14:editId="67F0FE85">
                  <wp:extent cx="1607430" cy="1190784"/>
                  <wp:effectExtent l="0" t="0" r="0" b="0"/>
                  <wp:docPr id="57" name="Imagen 57" descr="El cazo de Lorenzo (INFANTIL) : Carrier, Isabelle: Amazon.es: Libro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1" descr="El cazo de Lorenzo (INFANTIL) : Carrier, Isabelle: Amazon.es: Libro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3969" cy="12030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C1D7F" w:rsidTr="00221BAB">
        <w:trPr>
          <w:jc w:val="center"/>
        </w:trPr>
        <w:tc>
          <w:tcPr>
            <w:tcW w:w="3600" w:type="dxa"/>
          </w:tcPr>
          <w:p w:rsidR="00582D67" w:rsidRDefault="00582D67" w:rsidP="00582D67">
            <w:pPr>
              <w:spacing w:line="360" w:lineRule="auto"/>
            </w:pPr>
            <w:r>
              <w:t xml:space="preserve">La </w:t>
            </w:r>
            <w:proofErr w:type="spellStart"/>
            <w:r>
              <w:t>peluca</w:t>
            </w:r>
            <w:proofErr w:type="spellEnd"/>
            <w:r>
              <w:t xml:space="preserve"> de Luca</w:t>
            </w:r>
          </w:p>
        </w:tc>
        <w:tc>
          <w:tcPr>
            <w:tcW w:w="2880" w:type="dxa"/>
          </w:tcPr>
          <w:p w:rsidR="00582D67" w:rsidRDefault="00582D67" w:rsidP="00582D67">
            <w:pPr>
              <w:spacing w:line="360" w:lineRule="auto"/>
            </w:pPr>
            <w:r>
              <w:t>Alicia Acosta</w:t>
            </w:r>
          </w:p>
        </w:tc>
        <w:tc>
          <w:tcPr>
            <w:tcW w:w="1440" w:type="dxa"/>
          </w:tcPr>
          <w:p w:rsidR="00582D67" w:rsidRDefault="00582D67" w:rsidP="00582D67">
            <w:pPr>
              <w:spacing w:line="360" w:lineRule="auto"/>
            </w:pPr>
            <w:r>
              <w:t>2018</w:t>
            </w:r>
          </w:p>
        </w:tc>
        <w:tc>
          <w:tcPr>
            <w:tcW w:w="2976" w:type="dxa"/>
            <w:vAlign w:val="center"/>
          </w:tcPr>
          <w:p w:rsidR="00582D67" w:rsidRDefault="00582D67" w:rsidP="00582D67">
            <w:r>
              <w:rPr>
                <w:noProof/>
                <w:lang w:val="es-ES" w:eastAsia="es-ES"/>
              </w:rPr>
              <w:drawing>
                <wp:inline distT="0" distB="0" distL="0" distR="0" wp14:anchorId="23612A4B" wp14:editId="61A045AD">
                  <wp:extent cx="1783080" cy="1535102"/>
                  <wp:effectExtent l="0" t="0" r="7620" b="8255"/>
                  <wp:docPr id="58" name="Imagen 58" descr="Presentación de PowerPoi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3" descr="Presentación de PowerPoin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2816" cy="15434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C1D7F" w:rsidTr="00221BAB">
        <w:trPr>
          <w:jc w:val="center"/>
        </w:trPr>
        <w:tc>
          <w:tcPr>
            <w:tcW w:w="3600" w:type="dxa"/>
          </w:tcPr>
          <w:p w:rsidR="00582D67" w:rsidRDefault="00582D67" w:rsidP="00582D67">
            <w:pPr>
              <w:spacing w:line="360" w:lineRule="auto"/>
            </w:pPr>
            <w:r>
              <w:t xml:space="preserve">Rosa </w:t>
            </w:r>
            <w:proofErr w:type="spellStart"/>
            <w:r>
              <w:t>Caramelo</w:t>
            </w:r>
            <w:proofErr w:type="spellEnd"/>
          </w:p>
        </w:tc>
        <w:tc>
          <w:tcPr>
            <w:tcW w:w="2880" w:type="dxa"/>
          </w:tcPr>
          <w:p w:rsidR="00582D67" w:rsidRDefault="00582D67" w:rsidP="00582D67">
            <w:pPr>
              <w:spacing w:line="360" w:lineRule="auto"/>
            </w:pPr>
            <w:r>
              <w:t>Adela Turin</w:t>
            </w:r>
          </w:p>
        </w:tc>
        <w:tc>
          <w:tcPr>
            <w:tcW w:w="1440" w:type="dxa"/>
          </w:tcPr>
          <w:p w:rsidR="00582D67" w:rsidRDefault="00582D67" w:rsidP="00582D67">
            <w:pPr>
              <w:spacing w:line="360" w:lineRule="auto"/>
            </w:pPr>
            <w:r>
              <w:t>1976</w:t>
            </w:r>
          </w:p>
        </w:tc>
        <w:tc>
          <w:tcPr>
            <w:tcW w:w="2976" w:type="dxa"/>
            <w:vAlign w:val="center"/>
          </w:tcPr>
          <w:p w:rsidR="00582D67" w:rsidRDefault="004C1D7F" w:rsidP="00582D67">
            <w:r>
              <w:rPr>
                <w:noProof/>
                <w:lang w:val="es-ES" w:eastAsia="es-ES"/>
              </w:rPr>
              <w:drawing>
                <wp:inline distT="0" distB="0" distL="0" distR="0" wp14:anchorId="5C9DF428" wp14:editId="32AC9B77">
                  <wp:extent cx="1401061" cy="1752600"/>
                  <wp:effectExtent l="0" t="0" r="8890" b="0"/>
                  <wp:docPr id="59" name="Imagen 59" descr="Rosa Caramel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5" descr="Rosa Caramel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5700" cy="17584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C1D7F" w:rsidTr="00221BAB">
        <w:trPr>
          <w:jc w:val="center"/>
        </w:trPr>
        <w:tc>
          <w:tcPr>
            <w:tcW w:w="3600" w:type="dxa"/>
          </w:tcPr>
          <w:p w:rsidR="00582D67" w:rsidRDefault="00582D67" w:rsidP="00582D67">
            <w:pPr>
              <w:spacing w:line="360" w:lineRule="auto"/>
            </w:pPr>
            <w:proofErr w:type="spellStart"/>
            <w:r>
              <w:t>Por</w:t>
            </w:r>
            <w:proofErr w:type="spellEnd"/>
            <w:r>
              <w:t xml:space="preserve"> </w:t>
            </w:r>
            <w:proofErr w:type="spellStart"/>
            <w:r>
              <w:t>cuatro</w:t>
            </w:r>
            <w:proofErr w:type="spellEnd"/>
            <w:r>
              <w:t xml:space="preserve"> </w:t>
            </w:r>
            <w:proofErr w:type="spellStart"/>
            <w:r>
              <w:t>esquinitas</w:t>
            </w:r>
            <w:proofErr w:type="spellEnd"/>
            <w:r>
              <w:t xml:space="preserve"> de nada</w:t>
            </w:r>
          </w:p>
        </w:tc>
        <w:tc>
          <w:tcPr>
            <w:tcW w:w="2880" w:type="dxa"/>
          </w:tcPr>
          <w:p w:rsidR="00582D67" w:rsidRDefault="00582D67" w:rsidP="00582D67">
            <w:pPr>
              <w:spacing w:line="360" w:lineRule="auto"/>
            </w:pPr>
            <w:proofErr w:type="spellStart"/>
            <w:r>
              <w:t>Jérôme</w:t>
            </w:r>
            <w:proofErr w:type="spellEnd"/>
            <w:r>
              <w:t xml:space="preserve"> </w:t>
            </w:r>
            <w:proofErr w:type="spellStart"/>
            <w:r>
              <w:t>Ruillier</w:t>
            </w:r>
            <w:proofErr w:type="spellEnd"/>
          </w:p>
        </w:tc>
        <w:tc>
          <w:tcPr>
            <w:tcW w:w="1440" w:type="dxa"/>
          </w:tcPr>
          <w:p w:rsidR="00582D67" w:rsidRDefault="00582D67" w:rsidP="00582D67">
            <w:pPr>
              <w:spacing w:line="360" w:lineRule="auto"/>
            </w:pPr>
            <w:r>
              <w:t>2004</w:t>
            </w:r>
          </w:p>
        </w:tc>
        <w:tc>
          <w:tcPr>
            <w:tcW w:w="2976" w:type="dxa"/>
            <w:vAlign w:val="center"/>
          </w:tcPr>
          <w:p w:rsidR="00582D67" w:rsidRDefault="004C1D7F" w:rsidP="00582D67">
            <w:r w:rsidRPr="004C1D7F">
              <w:drawing>
                <wp:inline distT="0" distB="0" distL="0" distR="0" wp14:anchorId="6E850933" wp14:editId="00BED1E8">
                  <wp:extent cx="1554480" cy="1510319"/>
                  <wp:effectExtent l="0" t="0" r="7620" b="0"/>
                  <wp:docPr id="61" name="Imagen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6193" cy="15314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06ABB" w:rsidRDefault="00D06ABB"/>
    <w:sectPr w:rsidR="00D06ABB" w:rsidSect="00034616">
      <w:pgSz w:w="16834" w:h="11909" w:orient="landscape"/>
      <w:pgMar w:top="648" w:right="720" w:bottom="648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208CF"/>
    <w:rsid w:val="00034616"/>
    <w:rsid w:val="0006063C"/>
    <w:rsid w:val="000C5687"/>
    <w:rsid w:val="0015074B"/>
    <w:rsid w:val="001B063A"/>
    <w:rsid w:val="002619B7"/>
    <w:rsid w:val="0029639D"/>
    <w:rsid w:val="00326F90"/>
    <w:rsid w:val="004A650A"/>
    <w:rsid w:val="004C1D7F"/>
    <w:rsid w:val="00582D67"/>
    <w:rsid w:val="00887457"/>
    <w:rsid w:val="00AA1D8D"/>
    <w:rsid w:val="00B13A2B"/>
    <w:rsid w:val="00B47730"/>
    <w:rsid w:val="00C5673C"/>
    <w:rsid w:val="00CB0664"/>
    <w:rsid w:val="00CC67BC"/>
    <w:rsid w:val="00CF4CF5"/>
    <w:rsid w:val="00D06ABB"/>
    <w:rsid w:val="00F42380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847FD25"/>
  <w14:defaultImageDpi w14:val="300"/>
  <w15:docId w15:val="{E23C1FFB-AF6B-41F3-B316-2303365E7D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93F"/>
    <w:rPr>
      <w:rFonts w:ascii="Arial" w:eastAsia="Arial" w:hAnsi="Arial"/>
      <w:sz w:val="20"/>
    </w:rPr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094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29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3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58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numbering" Target="numbering.xml"/><Relationship Id="rId16" Type="http://schemas.openxmlformats.org/officeDocument/2006/relationships/image" Target="media/image11.jpe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314E69B-6368-4CA5-9733-595CA06CCC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144</Words>
  <Characters>798</Characters>
  <Application>Microsoft Office Word</Application>
  <DocSecurity>0</DocSecurity>
  <Lines>6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941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Margarita Medrano</cp:lastModifiedBy>
  <cp:revision>3</cp:revision>
  <dcterms:created xsi:type="dcterms:W3CDTF">2026-04-24T13:32:00Z</dcterms:created>
  <dcterms:modified xsi:type="dcterms:W3CDTF">2026-04-24T13:34:00Z</dcterms:modified>
  <cp:category/>
</cp:coreProperties>
</file>